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17374" w14:textId="77777777" w:rsidR="00784FC2" w:rsidRPr="00180AF8" w:rsidRDefault="5687529D" w:rsidP="5687529D">
      <w:pPr>
        <w:pStyle w:val="Heading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180AF8">
        <w:rPr>
          <w:rFonts w:ascii="Arial" w:hAnsi="Arial" w:cs="Arial"/>
          <w:color w:val="auto"/>
          <w:sz w:val="24"/>
          <w:szCs w:val="24"/>
        </w:rPr>
        <w:t>Northern Illinois University</w:t>
      </w:r>
    </w:p>
    <w:p w14:paraId="5FACCB65" w14:textId="6385E4F7" w:rsidR="00784FC2" w:rsidRPr="00180AF8" w:rsidRDefault="5687529D" w:rsidP="5687529D">
      <w:pPr>
        <w:pStyle w:val="Heading2"/>
        <w:spacing w:before="0" w:line="240" w:lineRule="auto"/>
        <w:jc w:val="center"/>
        <w:rPr>
          <w:rFonts w:ascii="Arial" w:hAnsi="Arial" w:cs="Arial"/>
          <w:color w:val="auto"/>
          <w:sz w:val="22"/>
          <w:szCs w:val="22"/>
        </w:rPr>
      </w:pPr>
      <w:r w:rsidRPr="00180AF8">
        <w:rPr>
          <w:rFonts w:ascii="Arial" w:hAnsi="Arial" w:cs="Arial"/>
          <w:color w:val="auto"/>
          <w:sz w:val="22"/>
          <w:szCs w:val="22"/>
        </w:rPr>
        <w:t xml:space="preserve">School </w:t>
      </w:r>
      <w:r w:rsidR="00392BE1" w:rsidRPr="00180AF8">
        <w:rPr>
          <w:rFonts w:ascii="Arial" w:hAnsi="Arial" w:cs="Arial"/>
          <w:color w:val="auto"/>
          <w:sz w:val="22"/>
          <w:szCs w:val="22"/>
        </w:rPr>
        <w:t xml:space="preserve">of </w:t>
      </w:r>
      <w:r w:rsidRPr="00180AF8">
        <w:rPr>
          <w:rFonts w:ascii="Arial" w:hAnsi="Arial" w:cs="Arial"/>
          <w:color w:val="auto"/>
          <w:sz w:val="22"/>
          <w:szCs w:val="22"/>
        </w:rPr>
        <w:t>N</w:t>
      </w:r>
      <w:r w:rsidR="00392BE1" w:rsidRPr="00180AF8">
        <w:rPr>
          <w:rFonts w:ascii="Arial" w:hAnsi="Arial" w:cs="Arial"/>
          <w:color w:val="auto"/>
          <w:sz w:val="22"/>
          <w:szCs w:val="22"/>
        </w:rPr>
        <w:t>ursing</w:t>
      </w:r>
    </w:p>
    <w:p w14:paraId="2AE04019" w14:textId="16BECDC9" w:rsidR="00784FC2" w:rsidRPr="00180AF8" w:rsidRDefault="00D54EE8" w:rsidP="5687529D">
      <w:pPr>
        <w:pStyle w:val="Heading3"/>
        <w:spacing w:before="0" w:after="120" w:line="240" w:lineRule="auto"/>
        <w:jc w:val="center"/>
        <w:rPr>
          <w:rFonts w:ascii="Arial" w:hAnsi="Arial" w:cs="Arial"/>
          <w:color w:val="C00000"/>
        </w:rPr>
      </w:pPr>
      <w:r w:rsidRPr="00730BC7">
        <w:rPr>
          <w:rFonts w:ascii="Arial" w:hAnsi="Arial" w:cs="Arial"/>
          <w:color w:val="C00000"/>
        </w:rPr>
        <w:t xml:space="preserve">Plan </w:t>
      </w:r>
      <w:proofErr w:type="gramStart"/>
      <w:r w:rsidRPr="00730BC7">
        <w:rPr>
          <w:rFonts w:ascii="Arial" w:hAnsi="Arial" w:cs="Arial"/>
          <w:color w:val="C00000"/>
        </w:rPr>
        <w:t>of</w:t>
      </w:r>
      <w:proofErr w:type="gramEnd"/>
      <w:r w:rsidRPr="00730BC7">
        <w:rPr>
          <w:rFonts w:ascii="Arial" w:hAnsi="Arial" w:cs="Arial"/>
          <w:color w:val="C00000"/>
        </w:rPr>
        <w:t xml:space="preserve"> Study: </w:t>
      </w:r>
      <w:r w:rsidR="009169C3" w:rsidRPr="00180AF8">
        <w:rPr>
          <w:rFonts w:ascii="Arial" w:hAnsi="Arial" w:cs="Arial"/>
          <w:color w:val="C00000"/>
        </w:rPr>
        <w:t>Post-Master</w:t>
      </w:r>
      <w:r w:rsidR="00020029">
        <w:rPr>
          <w:rFonts w:ascii="Arial" w:hAnsi="Arial" w:cs="Arial"/>
          <w:color w:val="C00000"/>
        </w:rPr>
        <w:t>’</w:t>
      </w:r>
      <w:r w:rsidR="009169C3" w:rsidRPr="00180AF8">
        <w:rPr>
          <w:rFonts w:ascii="Arial" w:hAnsi="Arial" w:cs="Arial"/>
          <w:color w:val="C00000"/>
        </w:rPr>
        <w:t>s DNP</w:t>
      </w:r>
    </w:p>
    <w:p w14:paraId="4C0B88E3" w14:textId="45CB8892" w:rsidR="00784FC2" w:rsidRDefault="00D54EE8" w:rsidP="5687529D">
      <w:pPr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 </w:t>
      </w:r>
    </w:p>
    <w:p w14:paraId="308D9A6C" w14:textId="77777777" w:rsidR="00784FC2" w:rsidRDefault="5687529D" w:rsidP="5687529D">
      <w:pPr>
        <w:spacing w:before="120" w:after="60" w:line="240" w:lineRule="auto"/>
      </w:pPr>
      <w:r w:rsidRPr="5687529D">
        <w:rPr>
          <w:rFonts w:ascii="Arial" w:hAnsi="Arial"/>
          <w:b/>
          <w:bCs/>
          <w:sz w:val="20"/>
          <w:szCs w:val="20"/>
        </w:rPr>
        <w:t>Academic Year 1</w:t>
      </w:r>
    </w:p>
    <w:tbl>
      <w:tblPr>
        <w:tblStyle w:val="GridTable1Light-Accent4"/>
        <w:tblW w:w="11088" w:type="dxa"/>
        <w:tblLook w:val="04A0" w:firstRow="1" w:lastRow="0" w:firstColumn="1" w:lastColumn="0" w:noHBand="0" w:noVBand="1"/>
      </w:tblPr>
      <w:tblGrid>
        <w:gridCol w:w="2745"/>
        <w:gridCol w:w="951"/>
        <w:gridCol w:w="2790"/>
        <w:gridCol w:w="906"/>
        <w:gridCol w:w="2790"/>
        <w:gridCol w:w="906"/>
      </w:tblGrid>
      <w:tr w:rsidR="00784FC2" w14:paraId="07C19052" w14:textId="77777777" w:rsidTr="69BFE9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14:paraId="4EA38C13" w14:textId="77777777" w:rsidR="00784FC2" w:rsidRDefault="5687529D" w:rsidP="002D69FC">
            <w:pPr>
              <w:jc w:val="center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Fall 20__</w:t>
            </w:r>
          </w:p>
        </w:tc>
        <w:tc>
          <w:tcPr>
            <w:tcW w:w="951" w:type="dxa"/>
            <w:vAlign w:val="center"/>
          </w:tcPr>
          <w:p w14:paraId="62A8F16E" w14:textId="77777777" w:rsidR="00784FC2" w:rsidRDefault="5687529D" w:rsidP="002D69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Credits</w:t>
            </w:r>
          </w:p>
        </w:tc>
        <w:tc>
          <w:tcPr>
            <w:tcW w:w="2790" w:type="dxa"/>
            <w:vAlign w:val="center"/>
          </w:tcPr>
          <w:p w14:paraId="6DF95D13" w14:textId="77777777" w:rsidR="00784FC2" w:rsidRDefault="5687529D" w:rsidP="002D69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Spring 20__</w:t>
            </w:r>
          </w:p>
        </w:tc>
        <w:tc>
          <w:tcPr>
            <w:tcW w:w="906" w:type="dxa"/>
            <w:vAlign w:val="center"/>
          </w:tcPr>
          <w:p w14:paraId="7173E4B7" w14:textId="77777777" w:rsidR="00784FC2" w:rsidRDefault="5687529D" w:rsidP="002D69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Credits</w:t>
            </w:r>
          </w:p>
        </w:tc>
        <w:tc>
          <w:tcPr>
            <w:tcW w:w="2790" w:type="dxa"/>
            <w:vAlign w:val="center"/>
          </w:tcPr>
          <w:p w14:paraId="40A32918" w14:textId="77777777" w:rsidR="00784FC2" w:rsidRDefault="5687529D" w:rsidP="002D69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Summer 20__</w:t>
            </w:r>
          </w:p>
        </w:tc>
        <w:tc>
          <w:tcPr>
            <w:tcW w:w="906" w:type="dxa"/>
            <w:vAlign w:val="center"/>
          </w:tcPr>
          <w:p w14:paraId="24735EFE" w14:textId="77777777" w:rsidR="00784FC2" w:rsidRDefault="5687529D" w:rsidP="002D69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Credits</w:t>
            </w:r>
          </w:p>
        </w:tc>
      </w:tr>
      <w:tr w:rsidR="00DC698B" w14:paraId="672A6659" w14:textId="77777777" w:rsidTr="69BFE9E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14:paraId="0A37501D" w14:textId="010E45B8" w:rsidR="00DC698B" w:rsidRPr="001B2D00" w:rsidRDefault="001B2D00" w:rsidP="001B2D00">
            <w:pPr>
              <w:jc w:val="center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001B2D00"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  <w:t>NURS700 Intro to DNP Project</w:t>
            </w:r>
          </w:p>
        </w:tc>
        <w:tc>
          <w:tcPr>
            <w:tcW w:w="951" w:type="dxa"/>
            <w:vAlign w:val="center"/>
          </w:tcPr>
          <w:p w14:paraId="5DAB6C7B" w14:textId="6CC690AF" w:rsidR="00DC698B" w:rsidRDefault="00DC698B" w:rsidP="00DC69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790" w:type="dxa"/>
            <w:vAlign w:val="center"/>
          </w:tcPr>
          <w:p w14:paraId="02EB378F" w14:textId="472070C0" w:rsidR="00DC698B" w:rsidRPr="00854188" w:rsidRDefault="7F9A1B2F" w:rsidP="69BFE9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  <w:r w:rsidRPr="69BFE9E2">
              <w:rPr>
                <w:rFonts w:ascii="Arial" w:eastAsia="Arial" w:hAnsi="Arial" w:cs="Arial"/>
                <w:sz w:val="18"/>
                <w:szCs w:val="18"/>
              </w:rPr>
              <w:t>*</w:t>
            </w:r>
            <w:r w:rsidR="00EC0F0B" w:rsidRPr="69BFE9E2">
              <w:rPr>
                <w:rFonts w:ascii="Arial" w:eastAsia="Arial" w:hAnsi="Arial" w:cs="Arial"/>
                <w:sz w:val="18"/>
                <w:szCs w:val="18"/>
              </w:rPr>
              <w:t>Cognate elective or stats</w:t>
            </w:r>
          </w:p>
        </w:tc>
        <w:tc>
          <w:tcPr>
            <w:tcW w:w="906" w:type="dxa"/>
            <w:vAlign w:val="center"/>
          </w:tcPr>
          <w:p w14:paraId="6A05A809" w14:textId="3D854B32" w:rsidR="00DC698B" w:rsidRDefault="00814686" w:rsidP="00DC69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790" w:type="dxa"/>
            <w:vAlign w:val="center"/>
          </w:tcPr>
          <w:p w14:paraId="5A39BBE3" w14:textId="58587190" w:rsidR="00DC698B" w:rsidRPr="00814686" w:rsidRDefault="00814686" w:rsidP="008146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14686">
              <w:rPr>
                <w:rFonts w:ascii="Arial" w:eastAsia="Arial" w:hAnsi="Arial" w:cs="Arial"/>
                <w:bCs/>
                <w:sz w:val="18"/>
                <w:szCs w:val="18"/>
              </w:rPr>
              <w:t>NURS704</w:t>
            </w:r>
            <w:r w:rsidRPr="0081468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814686">
              <w:rPr>
                <w:rFonts w:ascii="Arial" w:eastAsia="Arial" w:hAnsi="Arial" w:cs="Arial"/>
                <w:bCs/>
                <w:sz w:val="18"/>
                <w:szCs w:val="18"/>
              </w:rPr>
              <w:t>Population Health</w:t>
            </w:r>
          </w:p>
        </w:tc>
        <w:tc>
          <w:tcPr>
            <w:tcW w:w="906" w:type="dxa"/>
            <w:vAlign w:val="center"/>
          </w:tcPr>
          <w:p w14:paraId="41C8F396" w14:textId="0F5DF9BB" w:rsidR="00DC698B" w:rsidRDefault="00F66E08" w:rsidP="00DC69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</w:tr>
      <w:tr w:rsidR="5687529D" w14:paraId="25323AD9" w14:textId="77777777" w:rsidTr="69BFE9E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14:paraId="2D7910B5" w14:textId="0ADB8085" w:rsidR="15A0DE61" w:rsidRPr="00B75622" w:rsidRDefault="0027237F" w:rsidP="0027237F">
            <w:pPr>
              <w:jc w:val="center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00B75622"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  <w:t>NURS707 Quality &amp; Safety</w:t>
            </w:r>
          </w:p>
        </w:tc>
        <w:tc>
          <w:tcPr>
            <w:tcW w:w="951" w:type="dxa"/>
            <w:vAlign w:val="center"/>
          </w:tcPr>
          <w:p w14:paraId="3F757829" w14:textId="7C55340D" w:rsidR="15A0DE61" w:rsidRDefault="15A0DE61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790" w:type="dxa"/>
            <w:vAlign w:val="center"/>
          </w:tcPr>
          <w:p w14:paraId="703F05E8" w14:textId="13D297A0" w:rsidR="15A0DE61" w:rsidRPr="008767C0" w:rsidRDefault="00810980" w:rsidP="00810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810980">
              <w:rPr>
                <w:rFonts w:ascii="Arial" w:eastAsia="Arial" w:hAnsi="Arial" w:cs="Arial"/>
                <w:bCs/>
                <w:sz w:val="18"/>
                <w:szCs w:val="18"/>
              </w:rPr>
              <w:t>NURS702 DNP Research</w:t>
            </w:r>
          </w:p>
        </w:tc>
        <w:tc>
          <w:tcPr>
            <w:tcW w:w="906" w:type="dxa"/>
            <w:vAlign w:val="center"/>
          </w:tcPr>
          <w:p w14:paraId="4B7042E7" w14:textId="22CCA46C" w:rsidR="15A0DE61" w:rsidRDefault="00814686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790" w:type="dxa"/>
            <w:vAlign w:val="center"/>
          </w:tcPr>
          <w:p w14:paraId="58D5C5D7" w14:textId="3387A968" w:rsidR="5687529D" w:rsidRDefault="5687529D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06" w:type="dxa"/>
            <w:vAlign w:val="center"/>
          </w:tcPr>
          <w:p w14:paraId="4EF1D75A" w14:textId="7D3EB751" w:rsidR="5687529D" w:rsidRDefault="5687529D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84FC2" w14:paraId="44B45B1B" w14:textId="77777777" w:rsidTr="69BFE9E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14:paraId="46FE0C09" w14:textId="45A6FEDA" w:rsidR="00784FC2" w:rsidRDefault="5687529D" w:rsidP="002D69FC">
            <w:pPr>
              <w:jc w:val="center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Total</w:t>
            </w:r>
            <w:r w:rsidR="299C6A94" w:rsidRPr="5687529D">
              <w:rPr>
                <w:rFonts w:ascii="Arial" w:eastAsia="Arial" w:hAnsi="Arial" w:cs="Arial"/>
                <w:sz w:val="18"/>
                <w:szCs w:val="18"/>
              </w:rPr>
              <w:t xml:space="preserve"> Credits</w:t>
            </w:r>
          </w:p>
        </w:tc>
        <w:tc>
          <w:tcPr>
            <w:tcW w:w="951" w:type="dxa"/>
            <w:vAlign w:val="center"/>
          </w:tcPr>
          <w:p w14:paraId="72A3D3EC" w14:textId="013C2190" w:rsidR="00784FC2" w:rsidRDefault="299C6A94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790" w:type="dxa"/>
            <w:vAlign w:val="center"/>
          </w:tcPr>
          <w:p w14:paraId="51E8FDB7" w14:textId="4F19B392" w:rsidR="00784FC2" w:rsidRDefault="5687529D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Total</w:t>
            </w:r>
            <w:r w:rsidR="7C7E6CCB"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tcW w:w="906" w:type="dxa"/>
            <w:vAlign w:val="center"/>
          </w:tcPr>
          <w:p w14:paraId="0D0B940D" w14:textId="746C0CD3" w:rsidR="00784FC2" w:rsidRDefault="3C4C0B9D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790" w:type="dxa"/>
            <w:vAlign w:val="center"/>
          </w:tcPr>
          <w:p w14:paraId="4B4370B4" w14:textId="71A1B10D" w:rsidR="00784FC2" w:rsidRDefault="5687529D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Total</w:t>
            </w:r>
            <w:r w:rsidR="5BB69409"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tcW w:w="906" w:type="dxa"/>
            <w:vAlign w:val="center"/>
          </w:tcPr>
          <w:p w14:paraId="0E27B00A" w14:textId="23423441" w:rsidR="00784FC2" w:rsidRPr="00F66E08" w:rsidRDefault="00F66E08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66E0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3</w:t>
            </w:r>
          </w:p>
        </w:tc>
      </w:tr>
    </w:tbl>
    <w:p w14:paraId="36D1A8F4" w14:textId="6336A05C" w:rsidR="00DB7451" w:rsidRDefault="00DB7451" w:rsidP="00DB7451">
      <w:pPr>
        <w:spacing w:before="120" w:after="60" w:line="240" w:lineRule="auto"/>
      </w:pPr>
      <w:r w:rsidRPr="5687529D">
        <w:rPr>
          <w:rFonts w:ascii="Arial" w:hAnsi="Arial"/>
          <w:b/>
          <w:bCs/>
          <w:sz w:val="20"/>
          <w:szCs w:val="20"/>
        </w:rPr>
        <w:t xml:space="preserve">Academic Year </w:t>
      </w:r>
      <w:r>
        <w:rPr>
          <w:rFonts w:ascii="Arial" w:hAnsi="Arial"/>
          <w:b/>
          <w:bCs/>
          <w:sz w:val="20"/>
          <w:szCs w:val="20"/>
        </w:rPr>
        <w:t>2</w:t>
      </w:r>
    </w:p>
    <w:tbl>
      <w:tblPr>
        <w:tblStyle w:val="GridTable1Light-Accent4"/>
        <w:tblW w:w="11088" w:type="dxa"/>
        <w:tblLook w:val="04A0" w:firstRow="1" w:lastRow="0" w:firstColumn="1" w:lastColumn="0" w:noHBand="0" w:noVBand="1"/>
      </w:tblPr>
      <w:tblGrid>
        <w:gridCol w:w="2745"/>
        <w:gridCol w:w="951"/>
        <w:gridCol w:w="2775"/>
        <w:gridCol w:w="921"/>
        <w:gridCol w:w="2745"/>
        <w:gridCol w:w="951"/>
      </w:tblGrid>
      <w:tr w:rsidR="00784FC2" w14:paraId="72811684" w14:textId="77777777" w:rsidTr="69BFE9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14:paraId="6AAA2706" w14:textId="77777777" w:rsidR="00784FC2" w:rsidRDefault="5687529D" w:rsidP="002D69FC">
            <w:pPr>
              <w:jc w:val="center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Fall 20__</w:t>
            </w:r>
          </w:p>
        </w:tc>
        <w:tc>
          <w:tcPr>
            <w:tcW w:w="951" w:type="dxa"/>
            <w:vAlign w:val="center"/>
          </w:tcPr>
          <w:p w14:paraId="674F9DC0" w14:textId="77777777" w:rsidR="00784FC2" w:rsidRDefault="5687529D" w:rsidP="002D69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Credits</w:t>
            </w:r>
          </w:p>
        </w:tc>
        <w:tc>
          <w:tcPr>
            <w:tcW w:w="2775" w:type="dxa"/>
            <w:vAlign w:val="center"/>
          </w:tcPr>
          <w:p w14:paraId="5D71AD68" w14:textId="77777777" w:rsidR="00784FC2" w:rsidRDefault="5687529D" w:rsidP="002D69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Spring 20__</w:t>
            </w:r>
          </w:p>
        </w:tc>
        <w:tc>
          <w:tcPr>
            <w:tcW w:w="921" w:type="dxa"/>
            <w:vAlign w:val="center"/>
          </w:tcPr>
          <w:p w14:paraId="1B7DB311" w14:textId="77777777" w:rsidR="00784FC2" w:rsidRDefault="5687529D" w:rsidP="002D69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Credits</w:t>
            </w:r>
          </w:p>
        </w:tc>
        <w:tc>
          <w:tcPr>
            <w:tcW w:w="2745" w:type="dxa"/>
            <w:vAlign w:val="center"/>
          </w:tcPr>
          <w:p w14:paraId="6941280D" w14:textId="77777777" w:rsidR="00784FC2" w:rsidRDefault="5687529D" w:rsidP="002D69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Summer 20__</w:t>
            </w:r>
          </w:p>
        </w:tc>
        <w:tc>
          <w:tcPr>
            <w:tcW w:w="951" w:type="dxa"/>
            <w:vAlign w:val="center"/>
          </w:tcPr>
          <w:p w14:paraId="061ADB5E" w14:textId="77777777" w:rsidR="00784FC2" w:rsidRDefault="5687529D" w:rsidP="002D69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Credits</w:t>
            </w:r>
          </w:p>
        </w:tc>
      </w:tr>
      <w:tr w:rsidR="00784FC2" w14:paraId="44EAFD9C" w14:textId="77777777" w:rsidTr="69BFE9E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14:paraId="4B94D5A5" w14:textId="50C9B880" w:rsidR="00784FC2" w:rsidRPr="00B75622" w:rsidRDefault="001115AE" w:rsidP="001115AE">
            <w:pPr>
              <w:jc w:val="center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00B75622"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  <w:t>NURS710 Project Planning</w:t>
            </w:r>
          </w:p>
        </w:tc>
        <w:tc>
          <w:tcPr>
            <w:tcW w:w="951" w:type="dxa"/>
            <w:vAlign w:val="center"/>
          </w:tcPr>
          <w:p w14:paraId="3DEEC669" w14:textId="02F832FB" w:rsidR="00784FC2" w:rsidRDefault="00EA47E3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775" w:type="dxa"/>
            <w:vAlign w:val="center"/>
          </w:tcPr>
          <w:p w14:paraId="3656B9AB" w14:textId="1850F3A5" w:rsidR="00784FC2" w:rsidRPr="00DA28BC" w:rsidRDefault="2E1B0E26" w:rsidP="69BFE9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  <w:r w:rsidRPr="69BFE9E2">
              <w:rPr>
                <w:rFonts w:ascii="Arial" w:eastAsia="Arial" w:hAnsi="Arial" w:cs="Arial"/>
                <w:sz w:val="18"/>
                <w:szCs w:val="18"/>
              </w:rPr>
              <w:t>**</w:t>
            </w:r>
            <w:r w:rsidR="2FA8CE8A" w:rsidRPr="69BFE9E2">
              <w:rPr>
                <w:rFonts w:ascii="Arial" w:eastAsia="Arial" w:hAnsi="Arial" w:cs="Arial"/>
                <w:sz w:val="18"/>
                <w:szCs w:val="18"/>
              </w:rPr>
              <w:t>NURS743 Practicum</w:t>
            </w:r>
          </w:p>
        </w:tc>
        <w:tc>
          <w:tcPr>
            <w:tcW w:w="921" w:type="dxa"/>
            <w:vAlign w:val="center"/>
          </w:tcPr>
          <w:p w14:paraId="45FB0818" w14:textId="3A53D267" w:rsidR="00784FC2" w:rsidRDefault="00211AA6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2-</w:t>
            </w:r>
            <w:r w:rsidR="05C0F013" w:rsidRPr="5687529D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745" w:type="dxa"/>
            <w:vAlign w:val="center"/>
          </w:tcPr>
          <w:p w14:paraId="049F31CB" w14:textId="4F3D4984" w:rsidR="00784FC2" w:rsidRPr="00E73C2A" w:rsidRDefault="00211AA6" w:rsidP="00211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211AA6">
              <w:rPr>
                <w:rFonts w:ascii="Arial" w:eastAsia="Arial" w:hAnsi="Arial" w:cs="Arial"/>
                <w:bCs/>
                <w:sz w:val="18"/>
                <w:szCs w:val="18"/>
              </w:rPr>
              <w:t xml:space="preserve">NURS701 Leadership </w:t>
            </w:r>
          </w:p>
        </w:tc>
        <w:tc>
          <w:tcPr>
            <w:tcW w:w="951" w:type="dxa"/>
            <w:vAlign w:val="center"/>
          </w:tcPr>
          <w:p w14:paraId="53128261" w14:textId="17950CBE" w:rsidR="00784FC2" w:rsidRDefault="00E73C2A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</w:tr>
      <w:tr w:rsidR="5687529D" w14:paraId="0E850483" w14:textId="77777777" w:rsidTr="69BFE9E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14:paraId="036E8579" w14:textId="2280FCDE" w:rsidR="4E75A512" w:rsidRPr="00EA47E3" w:rsidRDefault="6C9A89CF" w:rsidP="00EA47E3">
            <w:pPr>
              <w:jc w:val="center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69BFE9E2"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  <w:t>**</w:t>
            </w:r>
            <w:r w:rsidR="1C3623E9" w:rsidRPr="69BFE9E2"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  <w:t>NURS743 Practicum</w:t>
            </w:r>
          </w:p>
        </w:tc>
        <w:tc>
          <w:tcPr>
            <w:tcW w:w="951" w:type="dxa"/>
            <w:vAlign w:val="center"/>
          </w:tcPr>
          <w:p w14:paraId="69F24EA6" w14:textId="2416D5FF" w:rsidR="4E75A512" w:rsidRDefault="00211AA6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2-</w:t>
            </w:r>
            <w:r w:rsidR="00EA47E3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775" w:type="dxa"/>
            <w:vAlign w:val="center"/>
          </w:tcPr>
          <w:p w14:paraId="64B23350" w14:textId="2809C27A" w:rsidR="22D8F9D0" w:rsidRPr="00FC26B7" w:rsidRDefault="00713371" w:rsidP="007133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  <w:r w:rsidRPr="00713371">
              <w:rPr>
                <w:rFonts w:ascii="Arial" w:eastAsia="Arial" w:hAnsi="Arial" w:cs="Arial"/>
                <w:sz w:val="18"/>
                <w:szCs w:val="18"/>
              </w:rPr>
              <w:t>NURS706 Informatics/Data Management</w:t>
            </w:r>
          </w:p>
        </w:tc>
        <w:tc>
          <w:tcPr>
            <w:tcW w:w="921" w:type="dxa"/>
            <w:vAlign w:val="center"/>
          </w:tcPr>
          <w:p w14:paraId="0A52A838" w14:textId="5C91841E" w:rsidR="6955236E" w:rsidRDefault="6955236E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745" w:type="dxa"/>
            <w:vAlign w:val="center"/>
          </w:tcPr>
          <w:p w14:paraId="684DD084" w14:textId="73212FB2" w:rsidR="5687529D" w:rsidRDefault="5687529D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51" w:type="dxa"/>
            <w:vAlign w:val="center"/>
          </w:tcPr>
          <w:p w14:paraId="72AA11B4" w14:textId="799436AB" w:rsidR="5687529D" w:rsidRDefault="5687529D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84FC2" w14:paraId="5870EB03" w14:textId="77777777" w:rsidTr="69BFE9E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14:paraId="2B9D4B37" w14:textId="470B3B76" w:rsidR="00784FC2" w:rsidRDefault="5687529D" w:rsidP="002D69FC">
            <w:pPr>
              <w:jc w:val="center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Total</w:t>
            </w:r>
            <w:r w:rsidR="7C2F6D09" w:rsidRPr="5687529D">
              <w:rPr>
                <w:rFonts w:ascii="Arial" w:eastAsia="Arial" w:hAnsi="Arial" w:cs="Arial"/>
                <w:sz w:val="18"/>
                <w:szCs w:val="18"/>
              </w:rPr>
              <w:t xml:space="preserve"> Credits</w:t>
            </w:r>
          </w:p>
        </w:tc>
        <w:tc>
          <w:tcPr>
            <w:tcW w:w="951" w:type="dxa"/>
            <w:vAlign w:val="center"/>
          </w:tcPr>
          <w:p w14:paraId="62486C05" w14:textId="2851FF82" w:rsidR="00784FC2" w:rsidRDefault="00211AA6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5-</w:t>
            </w:r>
            <w:r w:rsidR="7C2F6D09"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775" w:type="dxa"/>
            <w:vAlign w:val="center"/>
          </w:tcPr>
          <w:p w14:paraId="645114B6" w14:textId="4F833202" w:rsidR="00784FC2" w:rsidRDefault="5687529D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Total</w:t>
            </w:r>
            <w:r w:rsidR="4927EC6E"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tcW w:w="921" w:type="dxa"/>
            <w:vAlign w:val="center"/>
          </w:tcPr>
          <w:p w14:paraId="4101652C" w14:textId="01D6AA9F" w:rsidR="00784FC2" w:rsidRDefault="00211AA6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5-</w:t>
            </w:r>
            <w:r w:rsidR="4EF54E80"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745" w:type="dxa"/>
            <w:vAlign w:val="center"/>
          </w:tcPr>
          <w:p w14:paraId="0E746F62" w14:textId="48018C65" w:rsidR="00784FC2" w:rsidRDefault="5687529D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Total</w:t>
            </w:r>
            <w:r w:rsidR="420A5D5F"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tcW w:w="951" w:type="dxa"/>
            <w:vAlign w:val="center"/>
          </w:tcPr>
          <w:p w14:paraId="4B99056E" w14:textId="486F6DAE" w:rsidR="00784FC2" w:rsidRDefault="00E73C2A" w:rsidP="002D6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F66E0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3</w:t>
            </w:r>
          </w:p>
        </w:tc>
      </w:tr>
    </w:tbl>
    <w:p w14:paraId="6F1DDFF8" w14:textId="77777777" w:rsidR="00784FC2" w:rsidRDefault="5687529D" w:rsidP="5687529D">
      <w:pPr>
        <w:spacing w:before="120" w:after="60" w:line="240" w:lineRule="auto"/>
      </w:pPr>
      <w:r w:rsidRPr="5687529D">
        <w:rPr>
          <w:rFonts w:ascii="Arial" w:hAnsi="Arial"/>
          <w:b/>
          <w:bCs/>
          <w:sz w:val="20"/>
          <w:szCs w:val="20"/>
        </w:rPr>
        <w:t>Academic Year 3</w:t>
      </w:r>
    </w:p>
    <w:tbl>
      <w:tblPr>
        <w:tblStyle w:val="GridTable1Light-Accent4"/>
        <w:tblW w:w="11088" w:type="dxa"/>
        <w:tblLook w:val="04A0" w:firstRow="1" w:lastRow="0" w:firstColumn="1" w:lastColumn="0" w:noHBand="0" w:noVBand="1"/>
      </w:tblPr>
      <w:tblGrid>
        <w:gridCol w:w="2745"/>
        <w:gridCol w:w="951"/>
        <w:gridCol w:w="2730"/>
        <w:gridCol w:w="966"/>
        <w:gridCol w:w="2700"/>
        <w:gridCol w:w="996"/>
      </w:tblGrid>
      <w:tr w:rsidR="00784FC2" w14:paraId="527FB619" w14:textId="77777777" w:rsidTr="69BFE9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14:paraId="2D9811DD" w14:textId="77777777" w:rsidR="00784FC2" w:rsidRDefault="5687529D" w:rsidP="0096565C">
            <w:pPr>
              <w:jc w:val="center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Fall 20__</w:t>
            </w:r>
          </w:p>
        </w:tc>
        <w:tc>
          <w:tcPr>
            <w:tcW w:w="951" w:type="dxa"/>
            <w:vAlign w:val="center"/>
          </w:tcPr>
          <w:p w14:paraId="66FDBE58" w14:textId="77777777" w:rsidR="00784FC2" w:rsidRDefault="5687529D" w:rsidP="009656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Credits</w:t>
            </w:r>
          </w:p>
        </w:tc>
        <w:tc>
          <w:tcPr>
            <w:tcW w:w="2730" w:type="dxa"/>
            <w:vAlign w:val="center"/>
          </w:tcPr>
          <w:p w14:paraId="24BC8FCE" w14:textId="77777777" w:rsidR="00784FC2" w:rsidRDefault="5687529D" w:rsidP="009656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Spring 20__</w:t>
            </w:r>
          </w:p>
        </w:tc>
        <w:tc>
          <w:tcPr>
            <w:tcW w:w="966" w:type="dxa"/>
            <w:vAlign w:val="center"/>
          </w:tcPr>
          <w:p w14:paraId="335CE1D0" w14:textId="77777777" w:rsidR="00784FC2" w:rsidRDefault="5687529D" w:rsidP="009656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Credits</w:t>
            </w:r>
          </w:p>
        </w:tc>
        <w:tc>
          <w:tcPr>
            <w:tcW w:w="2700" w:type="dxa"/>
            <w:vAlign w:val="center"/>
          </w:tcPr>
          <w:p w14:paraId="2F811872" w14:textId="77777777" w:rsidR="00784FC2" w:rsidRDefault="5687529D" w:rsidP="009656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Summer 20__</w:t>
            </w:r>
          </w:p>
        </w:tc>
        <w:tc>
          <w:tcPr>
            <w:tcW w:w="996" w:type="dxa"/>
            <w:vAlign w:val="center"/>
          </w:tcPr>
          <w:p w14:paraId="172A3484" w14:textId="77777777" w:rsidR="00784FC2" w:rsidRDefault="5687529D" w:rsidP="009656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Credits</w:t>
            </w:r>
          </w:p>
        </w:tc>
      </w:tr>
      <w:tr w:rsidR="00784FC2" w14:paraId="4DDBEF00" w14:textId="77777777" w:rsidTr="69BFE9E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14:paraId="3461D779" w14:textId="7E5DB9F6" w:rsidR="00784FC2" w:rsidRPr="007946E1" w:rsidRDefault="00450D48" w:rsidP="00450D48">
            <w:pPr>
              <w:jc w:val="center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007946E1"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  <w:t>NURS730 Project Evaluation</w:t>
            </w:r>
          </w:p>
        </w:tc>
        <w:tc>
          <w:tcPr>
            <w:tcW w:w="951" w:type="dxa"/>
            <w:vAlign w:val="center"/>
          </w:tcPr>
          <w:p w14:paraId="3CF2D8B6" w14:textId="11F731F1" w:rsidR="00784FC2" w:rsidRDefault="25BFB545" w:rsidP="009656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730" w:type="dxa"/>
            <w:vAlign w:val="center"/>
          </w:tcPr>
          <w:p w14:paraId="0FB78278" w14:textId="5E6544B4" w:rsidR="00784FC2" w:rsidRPr="00B71D78" w:rsidRDefault="00211AA6" w:rsidP="008577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66" w:type="dxa"/>
            <w:vAlign w:val="center"/>
          </w:tcPr>
          <w:p w14:paraId="1FC39945" w14:textId="21E28B5A" w:rsidR="00784FC2" w:rsidRDefault="00784FC2" w:rsidP="009656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00" w:type="dxa"/>
            <w:vAlign w:val="center"/>
          </w:tcPr>
          <w:p w14:paraId="0562CB0E" w14:textId="695CE3D3" w:rsidR="00784FC2" w:rsidRPr="00B93C81" w:rsidRDefault="00784FC2" w:rsidP="00B93C81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  <w:tc>
          <w:tcPr>
            <w:tcW w:w="996" w:type="dxa"/>
            <w:vAlign w:val="center"/>
          </w:tcPr>
          <w:p w14:paraId="34CE0A41" w14:textId="0B08BD90" w:rsidR="00784FC2" w:rsidRDefault="00784FC2" w:rsidP="009656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5687529D" w14:paraId="7A260E58" w14:textId="77777777" w:rsidTr="69BFE9E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14:paraId="5B0F2D36" w14:textId="236D7120" w:rsidR="25BFB545" w:rsidRPr="00755E92" w:rsidRDefault="0E387C28" w:rsidP="00B77FDB">
            <w:pPr>
              <w:jc w:val="center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69BFE9E2"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  <w:t>**</w:t>
            </w:r>
            <w:r w:rsidR="27DA2A7E" w:rsidRPr="69BFE9E2"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  <w:t>NURS743 Practicum</w:t>
            </w:r>
          </w:p>
        </w:tc>
        <w:tc>
          <w:tcPr>
            <w:tcW w:w="951" w:type="dxa"/>
            <w:vAlign w:val="center"/>
          </w:tcPr>
          <w:p w14:paraId="532BD030" w14:textId="34ABDA60" w:rsidR="25BFB545" w:rsidRDefault="00755E92" w:rsidP="009656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2-</w:t>
            </w:r>
            <w:r w:rsidR="00211AA6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730" w:type="dxa"/>
            <w:vAlign w:val="center"/>
          </w:tcPr>
          <w:p w14:paraId="73FAF102" w14:textId="02D44339" w:rsidR="25BFB545" w:rsidRPr="004D7D4E" w:rsidRDefault="25BFB545" w:rsidP="00D131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vAlign w:val="center"/>
          </w:tcPr>
          <w:p w14:paraId="7D2E2151" w14:textId="6E09A38D" w:rsidR="25BFB545" w:rsidRDefault="25BFB545" w:rsidP="009656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00" w:type="dxa"/>
            <w:vAlign w:val="center"/>
          </w:tcPr>
          <w:p w14:paraId="0F53FDAA" w14:textId="335F1CBD" w:rsidR="5687529D" w:rsidRDefault="5687529D" w:rsidP="009656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6" w:type="dxa"/>
            <w:vAlign w:val="center"/>
          </w:tcPr>
          <w:p w14:paraId="05E3D45C" w14:textId="675FC994" w:rsidR="5687529D" w:rsidRDefault="5687529D" w:rsidP="009656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84FC2" w14:paraId="40B278BB" w14:textId="77777777" w:rsidTr="69BFE9E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14:paraId="44727373" w14:textId="3A704C94" w:rsidR="00784FC2" w:rsidRDefault="5687529D" w:rsidP="0096565C">
            <w:pPr>
              <w:jc w:val="center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Total</w:t>
            </w:r>
            <w:r w:rsidR="7CEE1D89" w:rsidRPr="5687529D">
              <w:rPr>
                <w:rFonts w:ascii="Arial" w:eastAsia="Arial" w:hAnsi="Arial" w:cs="Arial"/>
                <w:sz w:val="18"/>
                <w:szCs w:val="18"/>
              </w:rPr>
              <w:t xml:space="preserve"> Credits</w:t>
            </w:r>
          </w:p>
        </w:tc>
        <w:tc>
          <w:tcPr>
            <w:tcW w:w="951" w:type="dxa"/>
            <w:vAlign w:val="center"/>
          </w:tcPr>
          <w:p w14:paraId="62EBF3C5" w14:textId="7DA49EC6" w:rsidR="00784FC2" w:rsidRDefault="00755E92" w:rsidP="009656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5</w:t>
            </w:r>
            <w:r w:rsidR="00211AA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-6</w:t>
            </w:r>
          </w:p>
        </w:tc>
        <w:tc>
          <w:tcPr>
            <w:tcW w:w="2730" w:type="dxa"/>
            <w:vAlign w:val="center"/>
          </w:tcPr>
          <w:p w14:paraId="67183AB2" w14:textId="67C2BD38" w:rsidR="00784FC2" w:rsidRDefault="5687529D" w:rsidP="009656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Total</w:t>
            </w:r>
            <w:r w:rsidR="23CBEC76"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tcW w:w="966" w:type="dxa"/>
            <w:vAlign w:val="center"/>
          </w:tcPr>
          <w:p w14:paraId="6D98A12B" w14:textId="5B6DB885" w:rsidR="00784FC2" w:rsidRDefault="007946E1" w:rsidP="009656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vAlign w:val="center"/>
          </w:tcPr>
          <w:p w14:paraId="6BF62037" w14:textId="58320626" w:rsidR="00784FC2" w:rsidRDefault="5687529D" w:rsidP="009656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Total</w:t>
            </w:r>
            <w:r w:rsidR="23CB6091"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tcW w:w="996" w:type="dxa"/>
            <w:vAlign w:val="center"/>
          </w:tcPr>
          <w:p w14:paraId="2946DB82" w14:textId="2B9CFD6E" w:rsidR="00784FC2" w:rsidRDefault="00784FC2" w:rsidP="009656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62386421" w14:textId="721C7A82" w:rsidR="5687529D" w:rsidRPr="002F7EBD" w:rsidRDefault="5617573E" w:rsidP="69BFE9E2">
      <w:pPr>
        <w:rPr>
          <w:sz w:val="20"/>
          <w:szCs w:val="20"/>
        </w:rPr>
      </w:pPr>
      <w:r w:rsidRPr="69BFE9E2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876178E" w:rsidRPr="002F7EBD">
        <w:rPr>
          <w:rFonts w:ascii="Arial" w:eastAsia="Arial" w:hAnsi="Arial" w:cs="Arial"/>
          <w:b/>
          <w:bCs/>
          <w:sz w:val="20"/>
          <w:szCs w:val="20"/>
        </w:rPr>
        <w:t>*</w:t>
      </w:r>
      <w:r w:rsidR="0876178E" w:rsidRPr="002F7EBD">
        <w:rPr>
          <w:rFonts w:ascii="Arial" w:eastAsia="Arial" w:hAnsi="Arial" w:cs="Arial"/>
          <w:color w:val="58595A"/>
          <w:sz w:val="20"/>
          <w:szCs w:val="20"/>
        </w:rPr>
        <w:t xml:space="preserve"> A graduate level statistics course is needed if a graduate level statistics course has not been taken or it has been greater than 7 years</w:t>
      </w:r>
    </w:p>
    <w:p w14:paraId="121B1B29" w14:textId="72D7343E" w:rsidR="1E41E241" w:rsidRPr="002F7EBD" w:rsidRDefault="1E41E241" w:rsidP="69BFE9E2">
      <w:pPr>
        <w:rPr>
          <w:sz w:val="20"/>
          <w:szCs w:val="20"/>
        </w:rPr>
      </w:pPr>
      <w:r w:rsidRPr="002F7EBD">
        <w:rPr>
          <w:rFonts w:ascii="Arial" w:eastAsia="Arial" w:hAnsi="Arial" w:cs="Arial"/>
          <w:color w:val="58595A"/>
          <w:sz w:val="20"/>
          <w:szCs w:val="20"/>
        </w:rPr>
        <w:t>**Students must complete minimum of 6 credit hours over minimum of 3 semesters prior to graduation. May be repeated as needed to meet needs of project and minimum clinical hours required by AACN.</w:t>
      </w:r>
    </w:p>
    <w:sectPr w:rsidR="1E41E241" w:rsidRPr="002F7EBD" w:rsidSect="00034616">
      <w:headerReference w:type="default" r:id="rId8"/>
      <w:footerReference w:type="default" r:id="rId9"/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21B05" w14:textId="77777777" w:rsidR="00D309D6" w:rsidRDefault="00D309D6" w:rsidP="006D5592">
      <w:pPr>
        <w:spacing w:after="0" w:line="240" w:lineRule="auto"/>
      </w:pPr>
      <w:r>
        <w:separator/>
      </w:r>
    </w:p>
  </w:endnote>
  <w:endnote w:type="continuationSeparator" w:id="0">
    <w:p w14:paraId="6CF5C187" w14:textId="77777777" w:rsidR="00D309D6" w:rsidRDefault="00D309D6" w:rsidP="006D5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3EC0A" w14:textId="2FD0ABC6" w:rsidR="006D5592" w:rsidRPr="006D5592" w:rsidRDefault="006D5592" w:rsidP="006D5592">
    <w:pPr>
      <w:pStyle w:val="Footer"/>
      <w:rPr>
        <w:rFonts w:ascii="Arial" w:hAnsi="Arial" w:cs="Arial"/>
        <w:sz w:val="16"/>
        <w:szCs w:val="16"/>
      </w:rPr>
    </w:pPr>
    <w:r w:rsidRPr="001B2F9C">
      <w:rPr>
        <w:rFonts w:ascii="Arial" w:hAnsi="Arial" w:cs="Arial"/>
        <w:i/>
        <w:iCs/>
        <w:sz w:val="16"/>
        <w:szCs w:val="16"/>
      </w:rPr>
      <w:t>2-19-26 SL</w:t>
    </w:r>
    <w:r w:rsidRPr="001B2F9C">
      <w:rPr>
        <w:rFonts w:ascii="Arial" w:hAnsi="Arial" w:cs="Arial"/>
        <w:sz w:val="16"/>
        <w:szCs w:val="16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7EA34" w14:textId="77777777" w:rsidR="00D309D6" w:rsidRDefault="00D309D6" w:rsidP="006D5592">
      <w:pPr>
        <w:spacing w:after="0" w:line="240" w:lineRule="auto"/>
      </w:pPr>
      <w:r>
        <w:separator/>
      </w:r>
    </w:p>
  </w:footnote>
  <w:footnote w:type="continuationSeparator" w:id="0">
    <w:p w14:paraId="5F490C8C" w14:textId="77777777" w:rsidR="00D309D6" w:rsidRDefault="00D309D6" w:rsidP="006D55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D6AB9" w14:textId="44C864CB" w:rsidR="003E15CD" w:rsidRPr="003E15CD" w:rsidRDefault="003E15CD" w:rsidP="003E15CD">
    <w:pPr>
      <w:pStyle w:val="Header"/>
      <w:jc w:val="right"/>
      <w:rPr>
        <w:rFonts w:ascii="Arial" w:hAnsi="Arial" w:cs="Arial"/>
      </w:rPr>
    </w:pPr>
  </w:p>
  <w:p w14:paraId="7FFE2F62" w14:textId="77777777" w:rsidR="003E15CD" w:rsidRDefault="003E15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7160569">
    <w:abstractNumId w:val="8"/>
  </w:num>
  <w:num w:numId="2" w16cid:durableId="456878478">
    <w:abstractNumId w:val="6"/>
  </w:num>
  <w:num w:numId="3" w16cid:durableId="1195508980">
    <w:abstractNumId w:val="5"/>
  </w:num>
  <w:num w:numId="4" w16cid:durableId="1914927270">
    <w:abstractNumId w:val="4"/>
  </w:num>
  <w:num w:numId="5" w16cid:durableId="846794855">
    <w:abstractNumId w:val="7"/>
  </w:num>
  <w:num w:numId="6" w16cid:durableId="1151097547">
    <w:abstractNumId w:val="3"/>
  </w:num>
  <w:num w:numId="7" w16cid:durableId="479617819">
    <w:abstractNumId w:val="2"/>
  </w:num>
  <w:num w:numId="8" w16cid:durableId="1958095351">
    <w:abstractNumId w:val="1"/>
  </w:num>
  <w:num w:numId="9" w16cid:durableId="1421756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DDD"/>
    <w:rsid w:val="00020029"/>
    <w:rsid w:val="00034616"/>
    <w:rsid w:val="0006063C"/>
    <w:rsid w:val="00096EE9"/>
    <w:rsid w:val="000A73DA"/>
    <w:rsid w:val="00107C61"/>
    <w:rsid w:val="001115AE"/>
    <w:rsid w:val="0015074B"/>
    <w:rsid w:val="00161E30"/>
    <w:rsid w:val="00180AF8"/>
    <w:rsid w:val="00183455"/>
    <w:rsid w:val="001A3E38"/>
    <w:rsid w:val="001B2D00"/>
    <w:rsid w:val="00210B0D"/>
    <w:rsid w:val="00211AA6"/>
    <w:rsid w:val="002332B4"/>
    <w:rsid w:val="00264CCE"/>
    <w:rsid w:val="0027237F"/>
    <w:rsid w:val="0029639D"/>
    <w:rsid w:val="002D69FC"/>
    <w:rsid w:val="002F7EBD"/>
    <w:rsid w:val="00326F90"/>
    <w:rsid w:val="003766EF"/>
    <w:rsid w:val="00385CC2"/>
    <w:rsid w:val="00392BE1"/>
    <w:rsid w:val="003E15CD"/>
    <w:rsid w:val="0042301B"/>
    <w:rsid w:val="0044DA87"/>
    <w:rsid w:val="00450D48"/>
    <w:rsid w:val="004921AE"/>
    <w:rsid w:val="004B391B"/>
    <w:rsid w:val="004B6EDB"/>
    <w:rsid w:val="004D74E2"/>
    <w:rsid w:val="004D7D4E"/>
    <w:rsid w:val="00585947"/>
    <w:rsid w:val="005C33BD"/>
    <w:rsid w:val="0063741A"/>
    <w:rsid w:val="00657EBC"/>
    <w:rsid w:val="006D5592"/>
    <w:rsid w:val="00706A76"/>
    <w:rsid w:val="00713371"/>
    <w:rsid w:val="00713D45"/>
    <w:rsid w:val="0073462C"/>
    <w:rsid w:val="00737B1F"/>
    <w:rsid w:val="00746EFA"/>
    <w:rsid w:val="00753347"/>
    <w:rsid w:val="00755E92"/>
    <w:rsid w:val="00784FC2"/>
    <w:rsid w:val="0079197F"/>
    <w:rsid w:val="007946E1"/>
    <w:rsid w:val="00810980"/>
    <w:rsid w:val="00814686"/>
    <w:rsid w:val="00822620"/>
    <w:rsid w:val="00824257"/>
    <w:rsid w:val="00854188"/>
    <w:rsid w:val="008577E1"/>
    <w:rsid w:val="00860E3A"/>
    <w:rsid w:val="008767C0"/>
    <w:rsid w:val="00890667"/>
    <w:rsid w:val="008F1A17"/>
    <w:rsid w:val="009169C3"/>
    <w:rsid w:val="00920F05"/>
    <w:rsid w:val="0096565C"/>
    <w:rsid w:val="009700FD"/>
    <w:rsid w:val="00986448"/>
    <w:rsid w:val="009A27AF"/>
    <w:rsid w:val="009C6A93"/>
    <w:rsid w:val="009D2F3D"/>
    <w:rsid w:val="00A77B6E"/>
    <w:rsid w:val="00AA1D8D"/>
    <w:rsid w:val="00B353BA"/>
    <w:rsid w:val="00B47730"/>
    <w:rsid w:val="00B71D78"/>
    <w:rsid w:val="00B75622"/>
    <w:rsid w:val="00B77FDB"/>
    <w:rsid w:val="00B93C81"/>
    <w:rsid w:val="00BC0911"/>
    <w:rsid w:val="00C727D8"/>
    <w:rsid w:val="00CB0664"/>
    <w:rsid w:val="00CB1DA7"/>
    <w:rsid w:val="00CD0B9E"/>
    <w:rsid w:val="00D13136"/>
    <w:rsid w:val="00D1474A"/>
    <w:rsid w:val="00D309D6"/>
    <w:rsid w:val="00D54EE8"/>
    <w:rsid w:val="00DA28BC"/>
    <w:rsid w:val="00DB7451"/>
    <w:rsid w:val="00DC698B"/>
    <w:rsid w:val="00DE4602"/>
    <w:rsid w:val="00E14057"/>
    <w:rsid w:val="00E73C2A"/>
    <w:rsid w:val="00EA47E3"/>
    <w:rsid w:val="00EC0F0B"/>
    <w:rsid w:val="00F5490A"/>
    <w:rsid w:val="00F66E08"/>
    <w:rsid w:val="00FC26B7"/>
    <w:rsid w:val="00FC693F"/>
    <w:rsid w:val="0532F99D"/>
    <w:rsid w:val="0548C722"/>
    <w:rsid w:val="0584114B"/>
    <w:rsid w:val="05C0F013"/>
    <w:rsid w:val="0876178E"/>
    <w:rsid w:val="0B5DB610"/>
    <w:rsid w:val="0B626452"/>
    <w:rsid w:val="0BD9999D"/>
    <w:rsid w:val="0BF0A8AB"/>
    <w:rsid w:val="0D2BE4BB"/>
    <w:rsid w:val="0E387C28"/>
    <w:rsid w:val="1359912E"/>
    <w:rsid w:val="147E33FE"/>
    <w:rsid w:val="150CC98B"/>
    <w:rsid w:val="15A0DE61"/>
    <w:rsid w:val="195A9704"/>
    <w:rsid w:val="197FECA5"/>
    <w:rsid w:val="1A086A07"/>
    <w:rsid w:val="1B55DDC2"/>
    <w:rsid w:val="1C3623E9"/>
    <w:rsid w:val="1DAB02BB"/>
    <w:rsid w:val="1E41E241"/>
    <w:rsid w:val="20515CAD"/>
    <w:rsid w:val="22D8F9D0"/>
    <w:rsid w:val="238CCDD8"/>
    <w:rsid w:val="23CB6091"/>
    <w:rsid w:val="23CBEC76"/>
    <w:rsid w:val="2518CA5F"/>
    <w:rsid w:val="2576F0BA"/>
    <w:rsid w:val="25BFB545"/>
    <w:rsid w:val="264BBD83"/>
    <w:rsid w:val="266B2BDD"/>
    <w:rsid w:val="27DA2A7E"/>
    <w:rsid w:val="2849C284"/>
    <w:rsid w:val="285D2ADF"/>
    <w:rsid w:val="287B00DD"/>
    <w:rsid w:val="28963678"/>
    <w:rsid w:val="290D17FE"/>
    <w:rsid w:val="2923A143"/>
    <w:rsid w:val="299C6A94"/>
    <w:rsid w:val="2C457998"/>
    <w:rsid w:val="2C82EED6"/>
    <w:rsid w:val="2DBB8E46"/>
    <w:rsid w:val="2E1B0E26"/>
    <w:rsid w:val="2E82548F"/>
    <w:rsid w:val="2F9BAF96"/>
    <w:rsid w:val="2FA8CE8A"/>
    <w:rsid w:val="31579FDB"/>
    <w:rsid w:val="329D5EB2"/>
    <w:rsid w:val="34DEE95E"/>
    <w:rsid w:val="35256DDB"/>
    <w:rsid w:val="365D4211"/>
    <w:rsid w:val="3693C2CB"/>
    <w:rsid w:val="36F8C3A0"/>
    <w:rsid w:val="37B71EAC"/>
    <w:rsid w:val="382A0CB9"/>
    <w:rsid w:val="3859EDF6"/>
    <w:rsid w:val="3C4C0B9D"/>
    <w:rsid w:val="3C800705"/>
    <w:rsid w:val="3D60A677"/>
    <w:rsid w:val="3D952BB8"/>
    <w:rsid w:val="3E74F48C"/>
    <w:rsid w:val="3F00699A"/>
    <w:rsid w:val="3FFAE8D7"/>
    <w:rsid w:val="40766B9C"/>
    <w:rsid w:val="41536B48"/>
    <w:rsid w:val="420A5D5F"/>
    <w:rsid w:val="4310890E"/>
    <w:rsid w:val="43E51886"/>
    <w:rsid w:val="44127531"/>
    <w:rsid w:val="44AA44FB"/>
    <w:rsid w:val="453FA1F1"/>
    <w:rsid w:val="45843C10"/>
    <w:rsid w:val="47F0F9CD"/>
    <w:rsid w:val="47F2CF32"/>
    <w:rsid w:val="4927EC6E"/>
    <w:rsid w:val="4BFD0847"/>
    <w:rsid w:val="4CEFA38F"/>
    <w:rsid w:val="4D36C35B"/>
    <w:rsid w:val="4DC12EBC"/>
    <w:rsid w:val="4DD0E80C"/>
    <w:rsid w:val="4E4B2399"/>
    <w:rsid w:val="4E75A512"/>
    <w:rsid w:val="4EF54E80"/>
    <w:rsid w:val="505A99F4"/>
    <w:rsid w:val="52A931A8"/>
    <w:rsid w:val="52EE23A5"/>
    <w:rsid w:val="5405EE21"/>
    <w:rsid w:val="5617573E"/>
    <w:rsid w:val="5686CE4A"/>
    <w:rsid w:val="5687529D"/>
    <w:rsid w:val="578B78F2"/>
    <w:rsid w:val="59E01842"/>
    <w:rsid w:val="5BB69409"/>
    <w:rsid w:val="6324E73E"/>
    <w:rsid w:val="6482F441"/>
    <w:rsid w:val="655C29A8"/>
    <w:rsid w:val="65ADF9C7"/>
    <w:rsid w:val="670B4B88"/>
    <w:rsid w:val="6725D173"/>
    <w:rsid w:val="677232E5"/>
    <w:rsid w:val="68775C1A"/>
    <w:rsid w:val="6955236E"/>
    <w:rsid w:val="69BFE9E2"/>
    <w:rsid w:val="6C9A89CF"/>
    <w:rsid w:val="6CBEB971"/>
    <w:rsid w:val="6E70DE0B"/>
    <w:rsid w:val="6EEF46E3"/>
    <w:rsid w:val="74FC6F10"/>
    <w:rsid w:val="76B5A196"/>
    <w:rsid w:val="78181425"/>
    <w:rsid w:val="79A02AD2"/>
    <w:rsid w:val="7C2F6D09"/>
    <w:rsid w:val="7C7E6CCB"/>
    <w:rsid w:val="7CEE1D89"/>
    <w:rsid w:val="7EB2AA26"/>
    <w:rsid w:val="7F26BFE8"/>
    <w:rsid w:val="7F9A1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0DA99CCE-DA7F-4EA7-97C1-4119E5AEA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dTable1Light-Accent4">
    <w:name w:val="Grid Table 1 Light Accent 4"/>
    <w:basedOn w:val="TableNormal"/>
    <w:uiPriority w:val="46"/>
    <w:rsid w:val="002D69FC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971</Characters>
  <Application>Microsoft Office Word</Application>
  <DocSecurity>0</DocSecurity>
  <Lines>8</Lines>
  <Paragraphs>2</Paragraphs>
  <ScaleCrop>false</ScaleCrop>
  <Manager/>
  <Company/>
  <LinksUpToDate>false</LinksUpToDate>
  <CharactersWithSpaces>1139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Walk</dc:creator>
  <cp:keywords/>
  <dc:description>generated by python-docx</dc:description>
  <cp:lastModifiedBy>Brian Walk</cp:lastModifiedBy>
  <cp:revision>24</cp:revision>
  <dcterms:created xsi:type="dcterms:W3CDTF">2026-09-23T15:21:00Z</dcterms:created>
  <dcterms:modified xsi:type="dcterms:W3CDTF">2026-09-28T18:43:00Z</dcterms:modified>
  <cp:category/>
</cp:coreProperties>
</file>