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9407E" w:rsidR="00784FC2" w:rsidP="5687529D" w:rsidRDefault="5687529D" w14:paraId="3B017374" w14:textId="77777777">
      <w:pPr>
        <w:pStyle w:val="Heading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89407E">
        <w:rPr>
          <w:rFonts w:ascii="Arial" w:hAnsi="Arial" w:cs="Arial"/>
          <w:color w:val="auto"/>
          <w:sz w:val="24"/>
          <w:szCs w:val="24"/>
        </w:rPr>
        <w:t>Northern Illinois University</w:t>
      </w:r>
    </w:p>
    <w:p w:rsidRPr="0089407E" w:rsidR="00784FC2" w:rsidP="5687529D" w:rsidRDefault="5687529D" w14:paraId="5FACCB65" w14:textId="6385E4F7">
      <w:pPr>
        <w:pStyle w:val="Heading2"/>
        <w:spacing w:before="0" w:line="24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89407E">
        <w:rPr>
          <w:rFonts w:ascii="Arial" w:hAnsi="Arial" w:cs="Arial"/>
          <w:color w:val="auto"/>
          <w:sz w:val="22"/>
          <w:szCs w:val="22"/>
        </w:rPr>
        <w:t xml:space="preserve">School </w:t>
      </w:r>
      <w:r w:rsidRPr="0089407E" w:rsidR="00392BE1">
        <w:rPr>
          <w:rFonts w:ascii="Arial" w:hAnsi="Arial" w:cs="Arial"/>
          <w:color w:val="auto"/>
          <w:sz w:val="22"/>
          <w:szCs w:val="22"/>
        </w:rPr>
        <w:t xml:space="preserve">of </w:t>
      </w:r>
      <w:r w:rsidRPr="0089407E">
        <w:rPr>
          <w:rFonts w:ascii="Arial" w:hAnsi="Arial" w:cs="Arial"/>
          <w:color w:val="auto"/>
          <w:sz w:val="22"/>
          <w:szCs w:val="22"/>
        </w:rPr>
        <w:t>N</w:t>
      </w:r>
      <w:r w:rsidRPr="0089407E" w:rsidR="00392BE1">
        <w:rPr>
          <w:rFonts w:ascii="Arial" w:hAnsi="Arial" w:cs="Arial"/>
          <w:color w:val="auto"/>
          <w:sz w:val="22"/>
          <w:szCs w:val="22"/>
        </w:rPr>
        <w:t>ursing</w:t>
      </w:r>
    </w:p>
    <w:p w:rsidRPr="0089407E" w:rsidR="00784FC2" w:rsidP="5687529D" w:rsidRDefault="5687529D" w14:paraId="2AE04019" w14:textId="3A61E284">
      <w:pPr>
        <w:pStyle w:val="Heading3"/>
        <w:spacing w:before="0" w:after="120" w:line="240" w:lineRule="auto"/>
        <w:jc w:val="center"/>
        <w:rPr>
          <w:rFonts w:ascii="Arial" w:hAnsi="Arial" w:cs="Arial"/>
          <w:color w:val="C00000"/>
        </w:rPr>
      </w:pPr>
      <w:r w:rsidRPr="0089407E">
        <w:rPr>
          <w:rFonts w:ascii="Arial" w:hAnsi="Arial" w:cs="Arial"/>
          <w:color w:val="C00000"/>
        </w:rPr>
        <w:t>P</w:t>
      </w:r>
      <w:r w:rsidRPr="0089407E" w:rsidR="00392BE1">
        <w:rPr>
          <w:rFonts w:ascii="Arial" w:hAnsi="Arial" w:cs="Arial"/>
          <w:color w:val="C00000"/>
        </w:rPr>
        <w:t xml:space="preserve">lan </w:t>
      </w:r>
      <w:proofErr w:type="gramStart"/>
      <w:r w:rsidRPr="0089407E" w:rsidR="00392BE1">
        <w:rPr>
          <w:rFonts w:ascii="Arial" w:hAnsi="Arial" w:cs="Arial"/>
          <w:color w:val="C00000"/>
        </w:rPr>
        <w:t>of</w:t>
      </w:r>
      <w:proofErr w:type="gramEnd"/>
      <w:r w:rsidRPr="0089407E" w:rsidR="00392BE1">
        <w:rPr>
          <w:rFonts w:ascii="Arial" w:hAnsi="Arial" w:cs="Arial"/>
          <w:color w:val="C00000"/>
        </w:rPr>
        <w:t xml:space="preserve"> Study: MS-</w:t>
      </w:r>
      <w:r w:rsidRPr="0089407E" w:rsidR="003766EF">
        <w:rPr>
          <w:rFonts w:ascii="Arial" w:hAnsi="Arial" w:cs="Arial"/>
          <w:color w:val="C00000"/>
        </w:rPr>
        <w:t>FNP</w:t>
      </w:r>
      <w:r w:rsidRPr="0089407E" w:rsidR="00585947">
        <w:rPr>
          <w:rFonts w:ascii="Arial" w:hAnsi="Arial" w:cs="Arial"/>
          <w:color w:val="C00000"/>
        </w:rPr>
        <w:t xml:space="preserve"> </w:t>
      </w:r>
      <w:r w:rsidR="007C6F3F">
        <w:rPr>
          <w:rFonts w:ascii="Arial" w:hAnsi="Arial" w:cs="Arial"/>
          <w:color w:val="C00000"/>
        </w:rPr>
        <w:t>(Part-Time)</w:t>
      </w:r>
    </w:p>
    <w:p w:rsidR="00784FC2" w:rsidP="5687529D" w:rsidRDefault="007C6F3F" w14:paraId="4C0B88E3" w14:textId="064FB00B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 </w:t>
      </w:r>
    </w:p>
    <w:p w:rsidR="00784FC2" w:rsidP="5687529D" w:rsidRDefault="5687529D" w14:paraId="308D9A6C" w14:textId="77777777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1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90"/>
        <w:gridCol w:w="906"/>
        <w:gridCol w:w="2790"/>
        <w:gridCol w:w="906"/>
      </w:tblGrid>
      <w:tr w:rsidR="00784FC2" w:rsidTr="002D69FC" w14:paraId="07C190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2D69FC" w:rsidRDefault="5687529D" w14:paraId="4EA38C13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:rsidR="00784FC2" w:rsidP="002D69FC" w:rsidRDefault="5687529D" w14:paraId="62A8F16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790" w:type="dxa"/>
            <w:vAlign w:val="center"/>
          </w:tcPr>
          <w:p w:rsidR="00784FC2" w:rsidP="002D69FC" w:rsidRDefault="5687529D" w14:paraId="6DF95D13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tcW w:w="906" w:type="dxa"/>
            <w:vAlign w:val="center"/>
          </w:tcPr>
          <w:p w:rsidR="00784FC2" w:rsidP="002D69FC" w:rsidRDefault="5687529D" w14:paraId="7173E4B7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790" w:type="dxa"/>
            <w:vAlign w:val="center"/>
          </w:tcPr>
          <w:p w:rsidR="00784FC2" w:rsidP="002D69FC" w:rsidRDefault="5687529D" w14:paraId="40A3291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tcW w:w="906" w:type="dxa"/>
            <w:vAlign w:val="center"/>
          </w:tcPr>
          <w:p w:rsidR="00784FC2" w:rsidP="002D69FC" w:rsidRDefault="5687529D" w14:paraId="24735EF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DC698B" w:rsidTr="002D69FC" w14:paraId="672A6659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9D5D9E" w:rsidR="00DC698B" w:rsidP="00DC698B" w:rsidRDefault="00DC698B" w14:paraId="0A37501D" w14:textId="0AAC81F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9D5D9E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NURS601 MS level practice</w:t>
            </w:r>
          </w:p>
        </w:tc>
        <w:tc>
          <w:tcPr>
            <w:tcW w:w="951" w:type="dxa"/>
            <w:vAlign w:val="center"/>
          </w:tcPr>
          <w:p w:rsidR="00DC698B" w:rsidP="00DC698B" w:rsidRDefault="00DC698B" w14:paraId="5DAB6C7B" w14:textId="6CC69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:rsidRPr="009700FD" w:rsidR="00DC698B" w:rsidP="00DC698B" w:rsidRDefault="00DC698B" w14:paraId="02EB378F" w14:textId="23EBC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 w:rsidRPr="00BC0911">
              <w:rPr>
                <w:rFonts w:ascii="Arial" w:hAnsi="Arial" w:eastAsia="Arial" w:cs="Arial"/>
                <w:sz w:val="18"/>
                <w:szCs w:val="18"/>
              </w:rPr>
              <w:t>NURS606 Physical Assess</w:t>
            </w:r>
          </w:p>
        </w:tc>
        <w:tc>
          <w:tcPr>
            <w:tcW w:w="906" w:type="dxa"/>
            <w:vAlign w:val="center"/>
          </w:tcPr>
          <w:p w:rsidR="00DC698B" w:rsidP="00DC698B" w:rsidRDefault="00F66E08" w14:paraId="6A05A809" w14:textId="76686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2</w:t>
            </w:r>
          </w:p>
        </w:tc>
        <w:tc>
          <w:tcPr>
            <w:tcW w:w="2790" w:type="dxa"/>
            <w:vAlign w:val="center"/>
          </w:tcPr>
          <w:p w:rsidRPr="00210B0D" w:rsidR="00DC698B" w:rsidP="00210B0D" w:rsidRDefault="00210B0D" w14:paraId="5A39BBE3" w14:textId="128453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Cs/>
                <w:sz w:val="18"/>
                <w:szCs w:val="18"/>
              </w:rPr>
            </w:pPr>
            <w:r w:rsidRPr="00210B0D">
              <w:rPr>
                <w:rFonts w:ascii="Arial" w:hAnsi="Arial" w:eastAsia="Arial" w:cs="Arial"/>
                <w:bCs/>
                <w:sz w:val="18"/>
                <w:szCs w:val="18"/>
              </w:rPr>
              <w:t>NURS701 Leadership</w:t>
            </w:r>
          </w:p>
        </w:tc>
        <w:tc>
          <w:tcPr>
            <w:tcW w:w="906" w:type="dxa"/>
            <w:vAlign w:val="center"/>
          </w:tcPr>
          <w:p w:rsidR="00DC698B" w:rsidP="00DC698B" w:rsidRDefault="00F66E08" w14:paraId="41C8F396" w14:textId="0F5DF9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</w:tr>
      <w:tr w:rsidR="5687529D" w:rsidTr="002D69FC" w14:paraId="25323AD9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824257" w:rsidR="15A0DE61" w:rsidP="00824257" w:rsidRDefault="00737B1F" w14:paraId="2D7910B5" w14:textId="13B37A1B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737B1F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NURS602 Patho</w:t>
            </w:r>
          </w:p>
        </w:tc>
        <w:tc>
          <w:tcPr>
            <w:tcW w:w="951" w:type="dxa"/>
            <w:vAlign w:val="center"/>
          </w:tcPr>
          <w:p w:rsidR="15A0DE61" w:rsidP="002D69FC" w:rsidRDefault="15A0DE61" w14:paraId="3F757829" w14:textId="7C553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:rsidRPr="008767C0" w:rsidR="15A0DE61" w:rsidP="008767C0" w:rsidRDefault="008767C0" w14:paraId="703F05E8" w14:textId="392A6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Cs/>
                <w:sz w:val="18"/>
                <w:szCs w:val="18"/>
              </w:rPr>
            </w:pPr>
            <w:r w:rsidRPr="008767C0">
              <w:rPr>
                <w:rFonts w:ascii="Arial" w:hAnsi="Arial" w:eastAsia="Arial" w:cs="Arial"/>
                <w:bCs/>
                <w:sz w:val="18"/>
                <w:szCs w:val="18"/>
              </w:rPr>
              <w:t>NURS607 PA Lab</w:t>
            </w:r>
          </w:p>
        </w:tc>
        <w:tc>
          <w:tcPr>
            <w:tcW w:w="906" w:type="dxa"/>
            <w:vAlign w:val="center"/>
          </w:tcPr>
          <w:p w:rsidR="15A0DE61" w:rsidP="002D69FC" w:rsidRDefault="00F66E08" w14:paraId="4B7042E7" w14:textId="09F312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1</w:t>
            </w:r>
          </w:p>
        </w:tc>
        <w:tc>
          <w:tcPr>
            <w:tcW w:w="2790" w:type="dxa"/>
            <w:vAlign w:val="center"/>
          </w:tcPr>
          <w:p w:rsidR="5687529D" w:rsidP="002D69FC" w:rsidRDefault="5687529D" w14:paraId="58D5C5D7" w14:textId="3387A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Align w:val="center"/>
          </w:tcPr>
          <w:p w:rsidR="5687529D" w:rsidP="002D69FC" w:rsidRDefault="5687529D" w14:paraId="4EF1D75A" w14:textId="7D3EB7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210B0D" w:rsidTr="002D69FC" w14:paraId="60045F63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737B1F" w:rsidR="00210B0D" w:rsidP="00824257" w:rsidRDefault="00210B0D" w14:paraId="4C4C0F39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Pr="5687529D" w:rsidR="00210B0D" w:rsidP="002D69FC" w:rsidRDefault="00210B0D" w14:paraId="1CF0ED5A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790" w:type="dxa"/>
            <w:vAlign w:val="center"/>
          </w:tcPr>
          <w:p w:rsidRPr="008767C0" w:rsidR="00210B0D" w:rsidP="008767C0" w:rsidRDefault="00F66E08" w14:paraId="61CE61E5" w14:textId="419EF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Cs/>
                <w:sz w:val="18"/>
                <w:szCs w:val="18"/>
              </w:rPr>
            </w:pPr>
            <w:r w:rsidRPr="00F66E08">
              <w:rPr>
                <w:rFonts w:ascii="Arial" w:hAnsi="Arial" w:eastAsia="Arial" w:cs="Arial"/>
                <w:bCs/>
                <w:sz w:val="18"/>
                <w:szCs w:val="18"/>
              </w:rPr>
              <w:t>NURS608 DX Reasoning</w:t>
            </w:r>
          </w:p>
        </w:tc>
        <w:tc>
          <w:tcPr>
            <w:tcW w:w="906" w:type="dxa"/>
            <w:vAlign w:val="center"/>
          </w:tcPr>
          <w:p w:rsidRPr="5687529D" w:rsidR="00210B0D" w:rsidP="002D69FC" w:rsidRDefault="00F66E08" w14:paraId="458E83FB" w14:textId="314FD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:rsidR="00210B0D" w:rsidP="002D69FC" w:rsidRDefault="00210B0D" w14:paraId="0769FC58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Align w:val="center"/>
          </w:tcPr>
          <w:p w:rsidR="00210B0D" w:rsidP="002D69FC" w:rsidRDefault="00210B0D" w14:paraId="08026C60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002D69FC" w14:paraId="44B45B1B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2D69FC" w:rsidRDefault="5687529D" w14:paraId="46FE0C09" w14:textId="45A6FEDA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299C6A94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:rsidR="00784FC2" w:rsidP="002D69FC" w:rsidRDefault="299C6A94" w14:paraId="72A3D3EC" w14:textId="013C21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90" w:type="dxa"/>
            <w:vAlign w:val="center"/>
          </w:tcPr>
          <w:p w:rsidR="00784FC2" w:rsidP="002D69FC" w:rsidRDefault="5687529D" w14:paraId="51E8FDB7" w14:textId="4F19B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7C7E6CCB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06" w:type="dxa"/>
            <w:vAlign w:val="center"/>
          </w:tcPr>
          <w:p w:rsidR="00784FC2" w:rsidP="002D69FC" w:rsidRDefault="3C4C0B9D" w14:paraId="0D0B940D" w14:textId="746C0C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90" w:type="dxa"/>
            <w:vAlign w:val="center"/>
          </w:tcPr>
          <w:p w:rsidR="00784FC2" w:rsidP="002D69FC" w:rsidRDefault="5687529D" w14:paraId="4B4370B4" w14:textId="71A1B1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5BB69409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06" w:type="dxa"/>
            <w:vAlign w:val="center"/>
          </w:tcPr>
          <w:p w:rsidRPr="00F66E08" w:rsidR="00784FC2" w:rsidP="002D69FC" w:rsidRDefault="00F66E08" w14:paraId="0E27B00A" w14:textId="234234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66E08">
              <w:rPr>
                <w:rFonts w:ascii="Arial" w:hAnsi="Arial" w:eastAsia="Arial" w:cs="Arial"/>
                <w:b/>
                <w:bCs/>
                <w:sz w:val="18"/>
                <w:szCs w:val="18"/>
              </w:rPr>
              <w:t>3</w:t>
            </w:r>
          </w:p>
        </w:tc>
      </w:tr>
    </w:tbl>
    <w:p w:rsidR="00DB7451" w:rsidP="00DB7451" w:rsidRDefault="00DB7451" w14:paraId="36D1A8F4" w14:textId="6336A05C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 xml:space="preserve">Academic Year </w:t>
      </w:r>
      <w:r>
        <w:rPr>
          <w:rFonts w:ascii="Arial" w:hAnsi="Arial"/>
          <w:b/>
          <w:bCs/>
          <w:sz w:val="20"/>
          <w:szCs w:val="20"/>
        </w:rPr>
        <w:t>2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75"/>
        <w:gridCol w:w="921"/>
        <w:gridCol w:w="2745"/>
        <w:gridCol w:w="951"/>
      </w:tblGrid>
      <w:tr w:rsidR="00784FC2" w:rsidTr="002D69FC" w14:paraId="7281168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2D69FC" w:rsidRDefault="5687529D" w14:paraId="6AAA2706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:rsidR="00784FC2" w:rsidP="002D69FC" w:rsidRDefault="5687529D" w14:paraId="674F9DC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775" w:type="dxa"/>
            <w:vAlign w:val="center"/>
          </w:tcPr>
          <w:p w:rsidR="00784FC2" w:rsidP="002D69FC" w:rsidRDefault="5687529D" w14:paraId="5D71AD6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tcW w:w="921" w:type="dxa"/>
            <w:vAlign w:val="center"/>
          </w:tcPr>
          <w:p w:rsidR="00784FC2" w:rsidP="002D69FC" w:rsidRDefault="5687529D" w14:paraId="1B7DB311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745" w:type="dxa"/>
            <w:vAlign w:val="center"/>
          </w:tcPr>
          <w:p w:rsidR="00784FC2" w:rsidP="002D69FC" w:rsidRDefault="5687529D" w14:paraId="6941280D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tcW w:w="951" w:type="dxa"/>
            <w:vAlign w:val="center"/>
          </w:tcPr>
          <w:p w:rsidR="00784FC2" w:rsidP="002D69FC" w:rsidRDefault="5687529D" w14:paraId="061ADB5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002D69FC" w14:paraId="44EAFD9C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79197F" w:rsidR="00784FC2" w:rsidP="009D2F3D" w:rsidRDefault="009D2F3D" w14:paraId="4B94D5A5" w14:textId="61213FCA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79197F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NURS605 Pharm</w:t>
            </w:r>
          </w:p>
        </w:tc>
        <w:tc>
          <w:tcPr>
            <w:tcW w:w="951" w:type="dxa"/>
            <w:vAlign w:val="center"/>
          </w:tcPr>
          <w:p w:rsidR="00784FC2" w:rsidP="002D69FC" w:rsidRDefault="00EA47E3" w14:paraId="3DEEC669" w14:textId="02F83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75" w:type="dxa"/>
            <w:vAlign w:val="center"/>
          </w:tcPr>
          <w:p w:rsidRPr="00DA28BC" w:rsidR="00784FC2" w:rsidP="00DA28BC" w:rsidRDefault="00DA28BC" w14:paraId="3656B9AB" w14:textId="5D6FB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Cs/>
                <w:sz w:val="18"/>
                <w:szCs w:val="18"/>
              </w:rPr>
            </w:pPr>
            <w:r w:rsidRPr="00DA28BC">
              <w:rPr>
                <w:rFonts w:ascii="Arial" w:hAnsi="Arial" w:eastAsia="Arial" w:cs="Arial"/>
                <w:bCs/>
                <w:sz w:val="18"/>
                <w:szCs w:val="18"/>
              </w:rPr>
              <w:t>NURS 652 Adult Health I</w:t>
            </w:r>
          </w:p>
        </w:tc>
        <w:tc>
          <w:tcPr>
            <w:tcW w:w="921" w:type="dxa"/>
            <w:vAlign w:val="center"/>
          </w:tcPr>
          <w:p w:rsidR="00784FC2" w:rsidP="002D69FC" w:rsidRDefault="05C0F013" w14:paraId="45FB0818" w14:textId="4108B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45" w:type="dxa"/>
            <w:vAlign w:val="center"/>
          </w:tcPr>
          <w:p w:rsidRPr="00E73C2A" w:rsidR="00784FC2" w:rsidP="00E73C2A" w:rsidRDefault="00E73C2A" w14:paraId="049F31CB" w14:textId="78F7AD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Cs/>
                <w:sz w:val="18"/>
                <w:szCs w:val="18"/>
              </w:rPr>
            </w:pPr>
            <w:r w:rsidRPr="00E73C2A">
              <w:rPr>
                <w:rFonts w:ascii="Arial" w:hAnsi="Arial" w:eastAsia="Arial" w:cs="Arial"/>
                <w:bCs/>
                <w:sz w:val="18"/>
                <w:szCs w:val="18"/>
              </w:rPr>
              <w:t>NURS704 Population Health</w:t>
            </w:r>
          </w:p>
        </w:tc>
        <w:tc>
          <w:tcPr>
            <w:tcW w:w="951" w:type="dxa"/>
            <w:vAlign w:val="center"/>
          </w:tcPr>
          <w:p w:rsidR="00784FC2" w:rsidP="002D69FC" w:rsidRDefault="00E73C2A" w14:paraId="53128261" w14:textId="17950C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</w:tr>
      <w:tr w:rsidR="5687529D" w:rsidTr="002D69FC" w14:paraId="0E850483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EA47E3" w:rsidR="4E75A512" w:rsidP="00EA47E3" w:rsidRDefault="0079197F" w14:paraId="036E8579" w14:textId="319E5248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79197F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Stats PHHE605 or ETR521</w:t>
            </w:r>
          </w:p>
        </w:tc>
        <w:tc>
          <w:tcPr>
            <w:tcW w:w="951" w:type="dxa"/>
            <w:vAlign w:val="center"/>
          </w:tcPr>
          <w:p w:rsidR="4E75A512" w:rsidP="002D69FC" w:rsidRDefault="00EA47E3" w14:paraId="69F24EA6" w14:textId="52366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75" w:type="dxa"/>
            <w:vAlign w:val="center"/>
          </w:tcPr>
          <w:p w:rsidRPr="00FC26B7" w:rsidR="22D8F9D0" w:rsidP="000A73DA" w:rsidRDefault="000A73DA" w14:paraId="64B23350" w14:textId="765C42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 w:rsidRPr="000A73DA">
              <w:rPr>
                <w:rFonts w:ascii="Arial" w:hAnsi="Arial" w:eastAsia="Arial" w:cs="Arial"/>
                <w:sz w:val="18"/>
                <w:szCs w:val="18"/>
              </w:rPr>
              <w:t>NURS604 EBP</w:t>
            </w:r>
          </w:p>
        </w:tc>
        <w:tc>
          <w:tcPr>
            <w:tcW w:w="921" w:type="dxa"/>
            <w:vAlign w:val="center"/>
          </w:tcPr>
          <w:p w:rsidR="6955236E" w:rsidP="002D69FC" w:rsidRDefault="6955236E" w14:paraId="0A52A838" w14:textId="5C918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45" w:type="dxa"/>
            <w:vAlign w:val="center"/>
          </w:tcPr>
          <w:p w:rsidR="5687529D" w:rsidP="002D69FC" w:rsidRDefault="5687529D" w14:paraId="684DD084" w14:textId="73212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5687529D" w:rsidP="002D69FC" w:rsidRDefault="5687529D" w14:paraId="72AA11B4" w14:textId="799436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002D69FC" w14:paraId="5870EB03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2D69FC" w:rsidRDefault="5687529D" w14:paraId="2B9D4B37" w14:textId="470B3B76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7C2F6D09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:rsidR="00784FC2" w:rsidP="002D69FC" w:rsidRDefault="7C2F6D09" w14:paraId="62486C05" w14:textId="59874F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75" w:type="dxa"/>
            <w:vAlign w:val="center"/>
          </w:tcPr>
          <w:p w:rsidR="00784FC2" w:rsidP="002D69FC" w:rsidRDefault="5687529D" w14:paraId="645114B6" w14:textId="4F833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4927EC6E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21" w:type="dxa"/>
            <w:vAlign w:val="center"/>
          </w:tcPr>
          <w:p w:rsidR="00784FC2" w:rsidP="002D69FC" w:rsidRDefault="4EF54E80" w14:paraId="4101652C" w14:textId="7A4B3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45" w:type="dxa"/>
            <w:vAlign w:val="center"/>
          </w:tcPr>
          <w:p w:rsidR="00784FC2" w:rsidP="002D69FC" w:rsidRDefault="5687529D" w14:paraId="0E746F62" w14:textId="48018C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420A5D5F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:rsidR="00784FC2" w:rsidP="002D69FC" w:rsidRDefault="00E73C2A" w14:paraId="4B99056E" w14:textId="486F6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00F66E08">
              <w:rPr>
                <w:rFonts w:ascii="Arial" w:hAnsi="Arial" w:eastAsia="Arial" w:cs="Arial"/>
                <w:b/>
                <w:bCs/>
                <w:sz w:val="18"/>
                <w:szCs w:val="18"/>
              </w:rPr>
              <w:t>3</w:t>
            </w:r>
          </w:p>
        </w:tc>
      </w:tr>
    </w:tbl>
    <w:p w:rsidR="00784FC2" w:rsidP="5687529D" w:rsidRDefault="5687529D" w14:paraId="6F1DDFF8" w14:textId="77777777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3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30"/>
        <w:gridCol w:w="966"/>
        <w:gridCol w:w="2700"/>
        <w:gridCol w:w="996"/>
      </w:tblGrid>
      <w:tr w:rsidR="00784FC2" w:rsidTr="40FB19A1" w14:paraId="527FB61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96565C" w:rsidRDefault="5687529D" w14:paraId="2D9811DD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96565C" w:rsidRDefault="5687529D" w14:paraId="66FDBE5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="00784FC2" w:rsidP="0096565C" w:rsidRDefault="5687529D" w14:paraId="24BC8FC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00784FC2" w:rsidP="0096565C" w:rsidRDefault="5687529D" w14:paraId="335CE1D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="00784FC2" w:rsidP="0096565C" w:rsidRDefault="5687529D" w14:paraId="2F811872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00784FC2" w:rsidP="0096565C" w:rsidRDefault="5687529D" w14:paraId="172A3484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40FB19A1" w14:paraId="4DDBEF00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755E92" w:rsidR="00784FC2" w:rsidP="00706A76" w:rsidRDefault="00706A76" w14:paraId="3461D779" w14:textId="75869FBE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755E92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 xml:space="preserve">NURS651 Primary Care Peds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96565C" w:rsidRDefault="25BFB545" w14:paraId="3CF2D8B6" w14:textId="11F73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Pr="00B71D78" w:rsidR="00784FC2" w:rsidP="008577E1" w:rsidRDefault="008577E1" w14:paraId="0FB78278" w14:textId="389660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Cs/>
                <w:sz w:val="18"/>
                <w:szCs w:val="18"/>
              </w:rPr>
            </w:pPr>
            <w:r w:rsidRPr="008577E1">
              <w:rPr>
                <w:rFonts w:ascii="Arial" w:hAnsi="Arial" w:eastAsia="Arial" w:cs="Arial"/>
                <w:bCs/>
                <w:sz w:val="18"/>
                <w:szCs w:val="18"/>
              </w:rPr>
              <w:t>NURS 655 Adult Health II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00784FC2" w:rsidP="0096565C" w:rsidRDefault="001A3E38" w14:paraId="1FC39945" w14:textId="34C85D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Pr="00B93C81" w:rsidR="00784FC2" w:rsidP="00B93C81" w:rsidRDefault="00B93C81" w14:paraId="0562CB0E" w14:textId="36639019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Cs/>
                <w:sz w:val="18"/>
                <w:szCs w:val="18"/>
              </w:rPr>
            </w:pPr>
            <w:r w:rsidRPr="00B93C81">
              <w:rPr>
                <w:rFonts w:ascii="Arial" w:hAnsi="Arial" w:eastAsia="Arial" w:cs="Arial"/>
                <w:bCs/>
                <w:sz w:val="18"/>
                <w:szCs w:val="18"/>
              </w:rPr>
              <w:t>*NURS673 FNP Internship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00784FC2" w:rsidP="0096565C" w:rsidRDefault="00B93C81" w14:paraId="34CE0A41" w14:textId="0588C3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0FB19A1" w:rsidR="291D9235">
              <w:rPr>
                <w:rFonts w:ascii="Arial" w:hAnsi="Arial" w:eastAsia="Arial" w:cs="Arial"/>
                <w:sz w:val="18"/>
                <w:szCs w:val="18"/>
              </w:rPr>
              <w:t>0</w:t>
            </w:r>
            <w:r w:rsidRPr="40FB19A1" w:rsidR="04801BE1">
              <w:rPr>
                <w:rFonts w:ascii="Arial" w:hAnsi="Arial" w:eastAsia="Arial" w:cs="Arial"/>
                <w:sz w:val="18"/>
                <w:szCs w:val="18"/>
              </w:rPr>
              <w:t>-4</w:t>
            </w:r>
            <w:r w:rsidRPr="40FB19A1" w:rsidR="38BE08FA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5687529D" w:rsidTr="40FB19A1" w14:paraId="7A260E58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755E92" w:rsidR="25BFB545" w:rsidP="00B77FDB" w:rsidRDefault="00B77FDB" w14:paraId="5B0F2D36" w14:textId="2F86BBB2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755E92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*NURS673 FNP Internship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25BFB545" w:rsidP="0096565C" w:rsidRDefault="00755E92" w14:paraId="532BD030" w14:textId="173F5F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2-4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Pr="004D7D4E" w:rsidR="25BFB545" w:rsidP="00D13136" w:rsidRDefault="00D13136" w14:paraId="73FAF102" w14:textId="52FFF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 w:rsidRPr="00D13136">
              <w:rPr>
                <w:rFonts w:ascii="Arial" w:hAnsi="Arial" w:eastAsia="Arial" w:cs="Arial"/>
                <w:sz w:val="18"/>
                <w:szCs w:val="18"/>
              </w:rPr>
              <w:t>*NURS673 FNP Internship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25BFB545" w:rsidP="0096565C" w:rsidRDefault="001A3E38" w14:paraId="7D2E2151" w14:textId="4482F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2-4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="5687529D" w:rsidP="0096565C" w:rsidRDefault="5687529D" w14:paraId="0F53FDAA" w14:textId="335F1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5687529D" w:rsidP="0096565C" w:rsidRDefault="5687529D" w14:paraId="05E3D45C" w14:textId="675FC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4D7D4E" w:rsidTr="40FB19A1" w14:paraId="405B83EE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9A27AF" w:rsidR="004D7D4E" w:rsidP="009A27AF" w:rsidRDefault="00755E92" w14:paraId="5FC659AE" w14:textId="3C407A0A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755E92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NURS682 Suturing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Pr="5687529D" w:rsidR="004D7D4E" w:rsidP="0096565C" w:rsidRDefault="00755E92" w14:paraId="576B47BE" w14:textId="46667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Pr="004D7D4E" w:rsidR="004D7D4E" w:rsidP="00D1474A" w:rsidRDefault="001A3E38" w14:paraId="49AC3491" w14:textId="1CE2A8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 w:rsidRPr="001A3E38">
              <w:rPr>
                <w:rFonts w:ascii="Arial" w:hAnsi="Arial" w:eastAsia="Arial" w:cs="Arial"/>
                <w:bCs/>
                <w:sz w:val="18"/>
                <w:szCs w:val="18"/>
              </w:rPr>
              <w:t>NURS685 Ortho &amp; Office Procedures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Pr="5687529D" w:rsidR="004D7D4E" w:rsidP="0096565C" w:rsidRDefault="001A3E38" w14:paraId="6E6971C5" w14:textId="327057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="004D7D4E" w:rsidP="0096565C" w:rsidRDefault="004D7D4E" w14:paraId="5E3E7D4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004D7D4E" w:rsidP="0096565C" w:rsidRDefault="004D7D4E" w14:paraId="1E58665B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40FB19A1" w14:paraId="40B278BB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96565C" w:rsidRDefault="5687529D" w14:paraId="44727373" w14:textId="3A704C94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7CEE1D89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96565C" w:rsidRDefault="00755E92" w14:paraId="62EBF3C5" w14:textId="0948E3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5.5-7.5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="00784FC2" w:rsidP="0096565C" w:rsidRDefault="5687529D" w14:paraId="67183AB2" w14:textId="67C2BD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23CBEC76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00784FC2" w:rsidP="0096565C" w:rsidRDefault="001A3E38" w14:paraId="6D98A12B" w14:textId="081C5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5.5-7.5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="00784FC2" w:rsidP="0096565C" w:rsidRDefault="5687529D" w14:paraId="6BF62037" w14:textId="58320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23CB6091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00784FC2" w:rsidP="0096565C" w:rsidRDefault="00B93C81" w14:paraId="2946DB82" w14:textId="469AE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</w:pPr>
            <w:r w:rsidRPr="40FB19A1" w:rsidR="50B13C8A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0</w:t>
            </w:r>
            <w:r w:rsidRPr="40FB19A1" w:rsidR="04801BE1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-4</w:t>
            </w:r>
            <w:r w:rsidRPr="40FB19A1" w:rsidR="38BE08FA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 xml:space="preserve"> </w:t>
            </w:r>
          </w:p>
        </w:tc>
      </w:tr>
    </w:tbl>
    <w:p w:rsidR="00B93C81" w:rsidP="00B93C81" w:rsidRDefault="00B93C81" w14:paraId="221DA8F2" w14:textId="7FBFDC74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 xml:space="preserve">Academic Year </w:t>
      </w:r>
      <w:r>
        <w:rPr>
          <w:rFonts w:ascii="Arial" w:hAnsi="Arial"/>
          <w:b/>
          <w:bCs/>
          <w:sz w:val="20"/>
          <w:szCs w:val="20"/>
        </w:rPr>
        <w:t>4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30"/>
        <w:gridCol w:w="966"/>
        <w:gridCol w:w="2700"/>
        <w:gridCol w:w="996"/>
      </w:tblGrid>
      <w:tr w:rsidR="00B93C81" w:rsidTr="278E96F3" w14:paraId="5DEA23A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B93C81" w:rsidP="0039494A" w:rsidRDefault="00B93C81" w14:paraId="6290BEA1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B93C81" w:rsidP="0039494A" w:rsidRDefault="00B93C81" w14:paraId="65EE106F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="00B93C81" w:rsidP="0039494A" w:rsidRDefault="00B93C81" w14:paraId="78F96C61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00B93C81" w:rsidP="0039494A" w:rsidRDefault="00B93C81" w14:paraId="13BFC153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="00B93C81" w:rsidP="0039494A" w:rsidRDefault="00B93C81" w14:paraId="3E6838D6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00B93C81" w:rsidP="0039494A" w:rsidRDefault="00B93C81" w14:paraId="3F593F9C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B93C81" w:rsidTr="278E96F3" w14:paraId="1B664138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A77B6E" w:rsidR="00B93C81" w:rsidP="278E96F3" w:rsidRDefault="00657EBC" w14:paraId="7A66B1A7" w14:textId="56BAB1A5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278E96F3" w:rsidR="2792BC1E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*NURS673 FNP Internship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B93C81" w:rsidP="0039494A" w:rsidRDefault="00A77B6E" w14:paraId="50BA5AC3" w14:textId="2E8C80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2-4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Pr="00B71D78" w:rsidR="00B93C81" w:rsidP="0039494A" w:rsidRDefault="00B93C81" w14:paraId="1838D7DD" w14:textId="54AB79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00B93C81" w:rsidP="0039494A" w:rsidRDefault="00B93C81" w14:paraId="57BDF7C6" w14:textId="7068BA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Pr="00B93C81" w:rsidR="00B93C81" w:rsidP="0039494A" w:rsidRDefault="00B93C81" w14:paraId="2DD75381" w14:textId="5F00EA55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00B93C81" w:rsidP="0039494A" w:rsidRDefault="00B93C81" w14:paraId="38AB36E8" w14:textId="051D6F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3C81" w:rsidTr="278E96F3" w14:paraId="1C8A9BB9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A77B6E" w:rsidR="00B93C81" w:rsidP="00A77B6E" w:rsidRDefault="00A77B6E" w14:paraId="3CE0BA24" w14:textId="0BB4E46C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A77B6E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NURS698 Professional Identity in Nursing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B93C81" w:rsidP="0039494A" w:rsidRDefault="00A77B6E" w14:paraId="1451C4C8" w14:textId="3EB9FD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Pr="004D7D4E" w:rsidR="00B93C81" w:rsidP="0039494A" w:rsidRDefault="00B93C81" w14:paraId="1FF6EDFF" w14:textId="5152C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00B93C81" w:rsidP="0039494A" w:rsidRDefault="00B93C81" w14:paraId="5F151219" w14:textId="7CC49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="00B93C81" w:rsidP="0039494A" w:rsidRDefault="00B93C81" w14:paraId="46642757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00B93C81" w:rsidP="0039494A" w:rsidRDefault="00B93C81" w14:paraId="0B4621C8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B93C81" w:rsidTr="278E96F3" w14:paraId="60FFFE25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B93C81" w:rsidP="0039494A" w:rsidRDefault="00B93C81" w14:paraId="30178EE3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B93C81" w:rsidP="0039494A" w:rsidRDefault="00A77B6E" w14:paraId="12D17163" w14:textId="08FAD1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3-5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="00B93C81" w:rsidP="0039494A" w:rsidRDefault="00B93C81" w14:paraId="07F7A20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00B93C81" w:rsidP="0039494A" w:rsidRDefault="00B93C81" w14:paraId="4210CAAD" w14:textId="1C084A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="00B93C81" w:rsidP="0039494A" w:rsidRDefault="00B93C81" w14:paraId="193C35A7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00B93C81" w:rsidP="278E96F3" w:rsidRDefault="00B93C81" w14:paraId="35E3033D" w14:textId="6B0C92D7">
            <w:pPr>
              <w:pStyle w:val="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</w:pPr>
          </w:p>
        </w:tc>
      </w:tr>
    </w:tbl>
    <w:p w:rsidR="278E96F3" w:rsidP="278E96F3" w:rsidRDefault="278E96F3" w14:paraId="6F3E1EF3" w14:textId="0E3FDDC8">
      <w:pPr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</w:pPr>
      <w:r>
        <w:br/>
      </w:r>
      <w:r w:rsidRPr="278E96F3" w:rsidR="585E742E">
        <w:rPr>
          <w:rFonts w:ascii="Arial" w:hAnsi="Arial" w:eastAsia="Arial" w:cs="Arial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*Students must take NURS 673 for a total of 12 credit hours over a minimum of 3 semesters.</w:t>
      </w:r>
    </w:p>
    <w:p w:rsidR="278E96F3" w:rsidRDefault="278E96F3" w14:paraId="29DEDE39" w14:textId="128F0D54"/>
    <w:sectPr w:rsidR="5687529D" w:rsidSect="00034616">
      <w:footerReference w:type="default" r:id="rId8"/>
      <w:pgSz w:w="12240" w:h="15840" w:orient="portrait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6EDD" w:rsidP="006D5592" w:rsidRDefault="00076EDD" w14:paraId="30C50158" w14:textId="77777777">
      <w:pPr>
        <w:spacing w:after="0" w:line="240" w:lineRule="auto"/>
      </w:pPr>
      <w:r>
        <w:separator/>
      </w:r>
    </w:p>
  </w:endnote>
  <w:endnote w:type="continuationSeparator" w:id="0">
    <w:p w:rsidR="00076EDD" w:rsidP="006D5592" w:rsidRDefault="00076EDD" w14:paraId="481D960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D5592" w:rsidR="006D5592" w:rsidP="006D5592" w:rsidRDefault="006D5592" w14:paraId="4BB3EC0A" w14:textId="2FD0ABC6">
    <w:pPr>
      <w:pStyle w:val="Footer"/>
      <w:rPr>
        <w:rFonts w:ascii="Arial" w:hAnsi="Arial" w:cs="Arial"/>
        <w:sz w:val="16"/>
        <w:szCs w:val="16"/>
      </w:rPr>
    </w:pPr>
    <w:r w:rsidRPr="001B2F9C">
      <w:rPr>
        <w:rFonts w:ascii="Arial" w:hAnsi="Arial" w:cs="Arial"/>
        <w:i/>
        <w:iCs/>
        <w:sz w:val="16"/>
        <w:szCs w:val="16"/>
      </w:rPr>
      <w:t>2-19-26 SL</w:t>
    </w:r>
    <w:r w:rsidRPr="001B2F9C">
      <w:rPr>
        <w:rFonts w:ascii="Arial" w:hAnsi="Arial" w:cs="Arial"/>
        <w:sz w:val="16"/>
        <w:szCs w:val="16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6EDD" w:rsidP="006D5592" w:rsidRDefault="00076EDD" w14:paraId="6524A328" w14:textId="77777777">
      <w:pPr>
        <w:spacing w:after="0" w:line="240" w:lineRule="auto"/>
      </w:pPr>
      <w:r>
        <w:separator/>
      </w:r>
    </w:p>
  </w:footnote>
  <w:footnote w:type="continuationSeparator" w:id="0">
    <w:p w:rsidR="00076EDD" w:rsidP="006D5592" w:rsidRDefault="00076EDD" w14:paraId="53B657CC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827160569">
    <w:abstractNumId w:val="8"/>
  </w:num>
  <w:num w:numId="2" w16cid:durableId="456878478">
    <w:abstractNumId w:val="6"/>
  </w:num>
  <w:num w:numId="3" w16cid:durableId="1195508980">
    <w:abstractNumId w:val="5"/>
  </w:num>
  <w:num w:numId="4" w16cid:durableId="1914927270">
    <w:abstractNumId w:val="4"/>
  </w:num>
  <w:num w:numId="5" w16cid:durableId="846794855">
    <w:abstractNumId w:val="7"/>
  </w:num>
  <w:num w:numId="6" w16cid:durableId="1151097547">
    <w:abstractNumId w:val="3"/>
  </w:num>
  <w:num w:numId="7" w16cid:durableId="479617819">
    <w:abstractNumId w:val="2"/>
  </w:num>
  <w:num w:numId="8" w16cid:durableId="1958095351">
    <w:abstractNumId w:val="1"/>
  </w:num>
  <w:num w:numId="9" w16cid:durableId="1421756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DDD"/>
    <w:rsid w:val="00034616"/>
    <w:rsid w:val="0006063C"/>
    <w:rsid w:val="00076EDD"/>
    <w:rsid w:val="00096EE9"/>
    <w:rsid w:val="000A73DA"/>
    <w:rsid w:val="000E08C4"/>
    <w:rsid w:val="00107C61"/>
    <w:rsid w:val="0015074B"/>
    <w:rsid w:val="00161E30"/>
    <w:rsid w:val="001A3E38"/>
    <w:rsid w:val="00210B0D"/>
    <w:rsid w:val="00264CCE"/>
    <w:rsid w:val="0028082C"/>
    <w:rsid w:val="0029639D"/>
    <w:rsid w:val="002D69FC"/>
    <w:rsid w:val="00326F90"/>
    <w:rsid w:val="003279D8"/>
    <w:rsid w:val="003766EF"/>
    <w:rsid w:val="00392BE1"/>
    <w:rsid w:val="0044DA87"/>
    <w:rsid w:val="004B391B"/>
    <w:rsid w:val="004B6EDB"/>
    <w:rsid w:val="004D74E2"/>
    <w:rsid w:val="004D7D4E"/>
    <w:rsid w:val="00585947"/>
    <w:rsid w:val="005C33BD"/>
    <w:rsid w:val="00657EBC"/>
    <w:rsid w:val="006D5592"/>
    <w:rsid w:val="00706A76"/>
    <w:rsid w:val="00713D45"/>
    <w:rsid w:val="0073462C"/>
    <w:rsid w:val="00737B1F"/>
    <w:rsid w:val="00746EFA"/>
    <w:rsid w:val="00753347"/>
    <w:rsid w:val="00755E92"/>
    <w:rsid w:val="00784FC2"/>
    <w:rsid w:val="0079197F"/>
    <w:rsid w:val="007C6F3F"/>
    <w:rsid w:val="00824257"/>
    <w:rsid w:val="008577E1"/>
    <w:rsid w:val="00860E3A"/>
    <w:rsid w:val="008767C0"/>
    <w:rsid w:val="0089407E"/>
    <w:rsid w:val="008F1A17"/>
    <w:rsid w:val="0096565C"/>
    <w:rsid w:val="009700FD"/>
    <w:rsid w:val="00986448"/>
    <w:rsid w:val="009A27AF"/>
    <w:rsid w:val="009D2F3D"/>
    <w:rsid w:val="009D5D9E"/>
    <w:rsid w:val="00A77B6E"/>
    <w:rsid w:val="00AA1D8D"/>
    <w:rsid w:val="00B353BA"/>
    <w:rsid w:val="00B47730"/>
    <w:rsid w:val="00B71D78"/>
    <w:rsid w:val="00B77FDB"/>
    <w:rsid w:val="00B93C81"/>
    <w:rsid w:val="00BC0911"/>
    <w:rsid w:val="00C727D8"/>
    <w:rsid w:val="00CB0664"/>
    <w:rsid w:val="00D13136"/>
    <w:rsid w:val="00D1474A"/>
    <w:rsid w:val="00D84418"/>
    <w:rsid w:val="00DA28BC"/>
    <w:rsid w:val="00DB7451"/>
    <w:rsid w:val="00DC698B"/>
    <w:rsid w:val="00DE4602"/>
    <w:rsid w:val="00E73C2A"/>
    <w:rsid w:val="00EA47E3"/>
    <w:rsid w:val="00F66E08"/>
    <w:rsid w:val="00FC26B7"/>
    <w:rsid w:val="00FC693F"/>
    <w:rsid w:val="04801BE1"/>
    <w:rsid w:val="0532F99D"/>
    <w:rsid w:val="0548C722"/>
    <w:rsid w:val="0584114B"/>
    <w:rsid w:val="05C0F013"/>
    <w:rsid w:val="0B5DB610"/>
    <w:rsid w:val="0B626452"/>
    <w:rsid w:val="0BD9999D"/>
    <w:rsid w:val="0BF0A8AB"/>
    <w:rsid w:val="1359912E"/>
    <w:rsid w:val="147E33FE"/>
    <w:rsid w:val="150CC98B"/>
    <w:rsid w:val="15A0DE61"/>
    <w:rsid w:val="195A9704"/>
    <w:rsid w:val="197FECA5"/>
    <w:rsid w:val="1A086A07"/>
    <w:rsid w:val="1B55DDC2"/>
    <w:rsid w:val="1DAB02BB"/>
    <w:rsid w:val="20515CAD"/>
    <w:rsid w:val="22D8F9D0"/>
    <w:rsid w:val="238CCDD8"/>
    <w:rsid w:val="23CB6091"/>
    <w:rsid w:val="23CBEC76"/>
    <w:rsid w:val="2518CA5F"/>
    <w:rsid w:val="2576F0BA"/>
    <w:rsid w:val="25BFB545"/>
    <w:rsid w:val="264BBD83"/>
    <w:rsid w:val="278E96F3"/>
    <w:rsid w:val="2792BC1E"/>
    <w:rsid w:val="2849C284"/>
    <w:rsid w:val="285D2ADF"/>
    <w:rsid w:val="287B00DD"/>
    <w:rsid w:val="28963678"/>
    <w:rsid w:val="290D17FE"/>
    <w:rsid w:val="291D9235"/>
    <w:rsid w:val="2923A143"/>
    <w:rsid w:val="299C6A94"/>
    <w:rsid w:val="2C457998"/>
    <w:rsid w:val="2C82EED6"/>
    <w:rsid w:val="2DBB8E46"/>
    <w:rsid w:val="2E82548F"/>
    <w:rsid w:val="2F9BAF96"/>
    <w:rsid w:val="31579FDB"/>
    <w:rsid w:val="329D5EB2"/>
    <w:rsid w:val="34DEE95E"/>
    <w:rsid w:val="35256DDB"/>
    <w:rsid w:val="365D4211"/>
    <w:rsid w:val="3693C2CB"/>
    <w:rsid w:val="36F8C3A0"/>
    <w:rsid w:val="37B71EAC"/>
    <w:rsid w:val="382A0CB9"/>
    <w:rsid w:val="3859EDF6"/>
    <w:rsid w:val="38BE08FA"/>
    <w:rsid w:val="3C4C0B9D"/>
    <w:rsid w:val="3C800705"/>
    <w:rsid w:val="3D60A677"/>
    <w:rsid w:val="3D952BB8"/>
    <w:rsid w:val="3E74F48C"/>
    <w:rsid w:val="3F00699A"/>
    <w:rsid w:val="3FFAE8D7"/>
    <w:rsid w:val="40766B9C"/>
    <w:rsid w:val="40FB19A1"/>
    <w:rsid w:val="41536B48"/>
    <w:rsid w:val="420A5D5F"/>
    <w:rsid w:val="4310890E"/>
    <w:rsid w:val="43E51886"/>
    <w:rsid w:val="44127531"/>
    <w:rsid w:val="44AA44FB"/>
    <w:rsid w:val="453FA1F1"/>
    <w:rsid w:val="45843C10"/>
    <w:rsid w:val="47F0F9CD"/>
    <w:rsid w:val="47F2CF32"/>
    <w:rsid w:val="4927EC6E"/>
    <w:rsid w:val="4BFD0847"/>
    <w:rsid w:val="4CEFA38F"/>
    <w:rsid w:val="4D36C35B"/>
    <w:rsid w:val="4DC12EBC"/>
    <w:rsid w:val="4DD0E80C"/>
    <w:rsid w:val="4E4B2399"/>
    <w:rsid w:val="4E75A512"/>
    <w:rsid w:val="4EF54E80"/>
    <w:rsid w:val="505A99F4"/>
    <w:rsid w:val="50B13C8A"/>
    <w:rsid w:val="52A931A8"/>
    <w:rsid w:val="52EE23A5"/>
    <w:rsid w:val="53575C0C"/>
    <w:rsid w:val="5405EE21"/>
    <w:rsid w:val="5686CE4A"/>
    <w:rsid w:val="5687529D"/>
    <w:rsid w:val="578B78F2"/>
    <w:rsid w:val="585E742E"/>
    <w:rsid w:val="59E01842"/>
    <w:rsid w:val="5BB69409"/>
    <w:rsid w:val="6324E73E"/>
    <w:rsid w:val="6482F441"/>
    <w:rsid w:val="655C29A8"/>
    <w:rsid w:val="65ADF9C7"/>
    <w:rsid w:val="670B4B88"/>
    <w:rsid w:val="6725D173"/>
    <w:rsid w:val="677232E5"/>
    <w:rsid w:val="68775C1A"/>
    <w:rsid w:val="6955236E"/>
    <w:rsid w:val="6E70DE0B"/>
    <w:rsid w:val="6EEF46E3"/>
    <w:rsid w:val="74FC6F10"/>
    <w:rsid w:val="76B5A196"/>
    <w:rsid w:val="78181425"/>
    <w:rsid w:val="79A02AD2"/>
    <w:rsid w:val="7C2F6D09"/>
    <w:rsid w:val="7C7E6CCB"/>
    <w:rsid w:val="7CEE1D89"/>
    <w:rsid w:val="7EB2AA26"/>
    <w:rsid w:val="7F26B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DA99CCE-DA7F-4EA7-97C1-4119E5AE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1Light-Accent4">
    <w:name w:val="Grid Table 1 Light Accent 4"/>
    <w:basedOn w:val="TableNormal"/>
    <w:uiPriority w:val="46"/>
    <w:rsid w:val="002D69FC"/>
    <w:pPr>
      <w:spacing w:after="0" w:line="240" w:lineRule="auto"/>
    </w:pPr>
    <w:tblPr>
      <w:tblStyleRowBandSize w:val="1"/>
      <w:tblStyleColBandSize w:val="1"/>
      <w:tblBorders>
        <w:top w:val="single" w:color="CCC0D9" w:themeColor="accent4" w:themeTint="66" w:sz="4" w:space="0"/>
        <w:left w:val="single" w:color="CCC0D9" w:themeColor="accent4" w:themeTint="66" w:sz="4" w:space="0"/>
        <w:bottom w:val="single" w:color="CCC0D9" w:themeColor="accent4" w:themeTint="66" w:sz="4" w:space="0"/>
        <w:right w:val="single" w:color="CCC0D9" w:themeColor="accent4" w:themeTint="66" w:sz="4" w:space="0"/>
        <w:insideH w:val="single" w:color="CCC0D9" w:themeColor="accent4" w:themeTint="66" w:sz="4" w:space="0"/>
        <w:insideV w:val="single" w:color="CCC0D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B2A1C7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A1C7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Brian Walk</dc:creator>
  <keywords/>
  <dc:description>generated by python-docx</dc:description>
  <lastModifiedBy>Sara Lyons</lastModifiedBy>
  <revision>31</revision>
  <dcterms:created xsi:type="dcterms:W3CDTF">2026-09-23T15:10:00.0000000Z</dcterms:created>
  <dcterms:modified xsi:type="dcterms:W3CDTF">2026-09-24T19:18:09.9279186Z</dcterms:modified>
  <category/>
</coreProperties>
</file>