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7374" w14:textId="77777777" w:rsidR="00784FC2" w:rsidRPr="00730BC7" w:rsidRDefault="5687529D" w:rsidP="5687529D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730BC7">
        <w:rPr>
          <w:rFonts w:ascii="Arial" w:hAnsi="Arial" w:cs="Arial"/>
          <w:color w:val="auto"/>
          <w:sz w:val="24"/>
          <w:szCs w:val="24"/>
        </w:rPr>
        <w:t>Northern Illinois University</w:t>
      </w:r>
    </w:p>
    <w:p w14:paraId="5FACCB65" w14:textId="6385E4F7" w:rsidR="00784FC2" w:rsidRPr="00730BC7" w:rsidRDefault="5687529D" w:rsidP="5687529D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730BC7">
        <w:rPr>
          <w:rFonts w:ascii="Arial" w:hAnsi="Arial" w:cs="Arial"/>
          <w:color w:val="auto"/>
          <w:sz w:val="22"/>
          <w:szCs w:val="22"/>
        </w:rPr>
        <w:t xml:space="preserve">School </w:t>
      </w:r>
      <w:r w:rsidR="00392BE1" w:rsidRPr="00730BC7">
        <w:rPr>
          <w:rFonts w:ascii="Arial" w:hAnsi="Arial" w:cs="Arial"/>
          <w:color w:val="auto"/>
          <w:sz w:val="22"/>
          <w:szCs w:val="22"/>
        </w:rPr>
        <w:t xml:space="preserve">of </w:t>
      </w:r>
      <w:r w:rsidRPr="00730BC7">
        <w:rPr>
          <w:rFonts w:ascii="Arial" w:hAnsi="Arial" w:cs="Arial"/>
          <w:color w:val="auto"/>
          <w:sz w:val="22"/>
          <w:szCs w:val="22"/>
        </w:rPr>
        <w:t>N</w:t>
      </w:r>
      <w:r w:rsidR="00392BE1" w:rsidRPr="00730BC7">
        <w:rPr>
          <w:rFonts w:ascii="Arial" w:hAnsi="Arial" w:cs="Arial"/>
          <w:color w:val="auto"/>
          <w:sz w:val="22"/>
          <w:szCs w:val="22"/>
        </w:rPr>
        <w:t>ursing</w:t>
      </w:r>
    </w:p>
    <w:p w14:paraId="2AE04019" w14:textId="0DCCE50E" w:rsidR="00784FC2" w:rsidRPr="00730BC7" w:rsidRDefault="5687529D" w:rsidP="5687529D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proofErr w:type="gramStart"/>
      <w:r w:rsidRPr="00730BC7">
        <w:rPr>
          <w:rFonts w:ascii="Arial" w:hAnsi="Arial" w:cs="Arial"/>
          <w:color w:val="C00000"/>
        </w:rPr>
        <w:t>P</w:t>
      </w:r>
      <w:r w:rsidR="00392BE1" w:rsidRPr="00730BC7">
        <w:rPr>
          <w:rFonts w:ascii="Arial" w:hAnsi="Arial" w:cs="Arial"/>
          <w:color w:val="C00000"/>
        </w:rPr>
        <w:t>lan of Study</w:t>
      </w:r>
      <w:proofErr w:type="gramEnd"/>
      <w:r w:rsidR="00392BE1" w:rsidRPr="00730BC7">
        <w:rPr>
          <w:rFonts w:ascii="Arial" w:hAnsi="Arial" w:cs="Arial"/>
          <w:color w:val="C00000"/>
        </w:rPr>
        <w:t>: MS-Nursing</w:t>
      </w:r>
      <w:r w:rsidR="00585947" w:rsidRPr="00730BC7">
        <w:rPr>
          <w:rFonts w:ascii="Arial" w:hAnsi="Arial" w:cs="Arial"/>
          <w:color w:val="C00000"/>
        </w:rPr>
        <w:t xml:space="preserve"> Education </w:t>
      </w:r>
      <w:r w:rsidR="00565AD1">
        <w:rPr>
          <w:rFonts w:ascii="Arial" w:hAnsi="Arial" w:cs="Arial"/>
          <w:color w:val="C00000"/>
        </w:rPr>
        <w:t>(Part-Time)</w:t>
      </w:r>
    </w:p>
    <w:p w14:paraId="4C0B88E3" w14:textId="7D3A7881" w:rsidR="00784FC2" w:rsidRDefault="00565AD1" w:rsidP="5687529D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308D9A6C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14:paraId="07C19052" w14:textId="77777777" w:rsidTr="002D6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EA38C13" w14:textId="77777777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2A8F16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6DF95D13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06" w:type="dxa"/>
            <w:vAlign w:val="center"/>
          </w:tcPr>
          <w:p w14:paraId="7173E4B7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40A32918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06" w:type="dxa"/>
            <w:vAlign w:val="center"/>
          </w:tcPr>
          <w:p w14:paraId="24735EF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672A6659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A37501D" w14:textId="192C8029" w:rsidR="00784FC2" w:rsidRPr="00824257" w:rsidRDefault="004B6EDB" w:rsidP="004B6EDB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824257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NURS601 MS level practice</w:t>
            </w:r>
          </w:p>
        </w:tc>
        <w:tc>
          <w:tcPr>
            <w:tcW w:w="951" w:type="dxa"/>
            <w:vAlign w:val="center"/>
          </w:tcPr>
          <w:p w14:paraId="5DAB6C7B" w14:textId="6CC690AF" w:rsidR="00784FC2" w:rsidRDefault="15A0DE61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02EB378F" w14:textId="3E79555F" w:rsidR="00784FC2" w:rsidRPr="009700FD" w:rsidRDefault="009700FD" w:rsidP="009700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9700FD">
              <w:rPr>
                <w:rFonts w:ascii="Arial" w:eastAsia="Arial" w:hAnsi="Arial" w:cs="Arial"/>
                <w:sz w:val="18"/>
                <w:szCs w:val="18"/>
              </w:rPr>
              <w:t>NURS604 EBP</w:t>
            </w:r>
          </w:p>
        </w:tc>
        <w:tc>
          <w:tcPr>
            <w:tcW w:w="906" w:type="dxa"/>
            <w:vAlign w:val="center"/>
          </w:tcPr>
          <w:p w14:paraId="6A05A809" w14:textId="60E28C58" w:rsidR="00784FC2" w:rsidRDefault="15A0DE61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A39BBE3" w14:textId="03B4F69F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6" w:type="dxa"/>
            <w:vAlign w:val="center"/>
          </w:tcPr>
          <w:p w14:paraId="41C8F396" w14:textId="5065D940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14:paraId="25323AD9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7910B5" w14:textId="63CAE4A5" w:rsidR="15A0DE61" w:rsidRPr="00824257" w:rsidRDefault="00824257" w:rsidP="00824257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824257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 xml:space="preserve">Stats ETR521 or PHHE605 </w:t>
            </w:r>
          </w:p>
        </w:tc>
        <w:tc>
          <w:tcPr>
            <w:tcW w:w="951" w:type="dxa"/>
            <w:vAlign w:val="center"/>
          </w:tcPr>
          <w:p w14:paraId="3F757829" w14:textId="7C55340D" w:rsidR="15A0DE61" w:rsidRDefault="15A0DE61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703F05E8" w14:textId="184755D8" w:rsidR="15A0DE61" w:rsidRPr="00753347" w:rsidRDefault="00753347" w:rsidP="00753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753347">
              <w:rPr>
                <w:rFonts w:ascii="Arial" w:eastAsia="Arial" w:hAnsi="Arial" w:cs="Arial"/>
                <w:bCs/>
                <w:sz w:val="18"/>
                <w:szCs w:val="18"/>
              </w:rPr>
              <w:t>NURS621</w:t>
            </w:r>
            <w:r w:rsidRPr="00753347">
              <w:rPr>
                <w:rFonts w:ascii="Arial" w:eastAsia="Arial" w:hAnsi="Arial" w:cs="Arial"/>
                <w:sz w:val="18"/>
                <w:szCs w:val="18"/>
              </w:rPr>
              <w:t xml:space="preserve"> Education Didactic I</w:t>
            </w:r>
          </w:p>
        </w:tc>
        <w:tc>
          <w:tcPr>
            <w:tcW w:w="906" w:type="dxa"/>
            <w:vAlign w:val="center"/>
          </w:tcPr>
          <w:p w14:paraId="4B7042E7" w14:textId="1F435E28" w:rsidR="15A0DE61" w:rsidRDefault="15A0DE61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8D5C5D7" w14:textId="3387A968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14:paraId="4EF1D75A" w14:textId="7D3EB751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4B45B1B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6FE0C09" w14:textId="45A6FEDA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299C6A94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72A3D3EC" w14:textId="013C2190" w:rsidR="00784FC2" w:rsidRDefault="299C6A94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51E8FDB7" w14:textId="4F19B392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7C7E6CCB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D0B940D" w14:textId="746C0CD3" w:rsidR="00784FC2" w:rsidRDefault="3C4C0B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4B4370B4" w14:textId="71A1B10D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5BB69409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E27B00A" w14:textId="6E4C3B86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D1A8F4" w14:textId="6336A05C" w:rsidR="00DB7451" w:rsidRDefault="00DB7451" w:rsidP="00DB7451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14:paraId="72811684" w14:textId="77777777" w:rsidTr="002D6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6AAA2706" w14:textId="77777777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74F9DC0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75" w:type="dxa"/>
            <w:vAlign w:val="center"/>
          </w:tcPr>
          <w:p w14:paraId="5D71AD68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21" w:type="dxa"/>
            <w:vAlign w:val="center"/>
          </w:tcPr>
          <w:p w14:paraId="1B7DB311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45" w:type="dxa"/>
            <w:vAlign w:val="center"/>
          </w:tcPr>
          <w:p w14:paraId="6941280D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51" w:type="dxa"/>
            <w:vAlign w:val="center"/>
          </w:tcPr>
          <w:p w14:paraId="061ADB5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4EAFD9C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B94D5A5" w14:textId="7E094F7A" w:rsidR="00784FC2" w:rsidRPr="00EA47E3" w:rsidRDefault="004D74E2" w:rsidP="004D74E2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EA47E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NURS704 Population Health</w:t>
            </w:r>
          </w:p>
        </w:tc>
        <w:tc>
          <w:tcPr>
            <w:tcW w:w="951" w:type="dxa"/>
            <w:vAlign w:val="center"/>
          </w:tcPr>
          <w:p w14:paraId="3DEEC669" w14:textId="02F832FB" w:rsidR="00784FC2" w:rsidRDefault="00EA47E3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3656B9AB" w14:textId="5AF011C4" w:rsidR="00784FC2" w:rsidRPr="00B353BA" w:rsidRDefault="00B353BA" w:rsidP="00B35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B353BA">
              <w:rPr>
                <w:rFonts w:ascii="Arial" w:eastAsia="Arial" w:hAnsi="Arial" w:cs="Arial"/>
                <w:bCs/>
                <w:sz w:val="18"/>
                <w:szCs w:val="18"/>
              </w:rPr>
              <w:t>NURS633</w:t>
            </w:r>
            <w:r w:rsidRPr="00B353BA">
              <w:rPr>
                <w:rFonts w:ascii="Arial" w:eastAsia="Arial" w:hAnsi="Arial" w:cs="Arial"/>
                <w:sz w:val="18"/>
                <w:szCs w:val="18"/>
              </w:rPr>
              <w:t xml:space="preserve"> Practicum – Clinical </w:t>
            </w:r>
          </w:p>
        </w:tc>
        <w:tc>
          <w:tcPr>
            <w:tcW w:w="921" w:type="dxa"/>
            <w:vAlign w:val="center"/>
          </w:tcPr>
          <w:p w14:paraId="45FB0818" w14:textId="4108B08C" w:rsidR="00784FC2" w:rsidRDefault="05C0F013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14:paraId="049F31CB" w14:textId="729C4F51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1" w:type="dxa"/>
            <w:vAlign w:val="center"/>
          </w:tcPr>
          <w:p w14:paraId="53128261" w14:textId="719BC2C5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14:paraId="0E850483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36E8579" w14:textId="7FC8E7CF" w:rsidR="4E75A512" w:rsidRPr="00EA47E3" w:rsidRDefault="00EA47E3" w:rsidP="00EA47E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EA47E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NURS707 Quality &amp; Safety</w:t>
            </w:r>
          </w:p>
        </w:tc>
        <w:tc>
          <w:tcPr>
            <w:tcW w:w="951" w:type="dxa"/>
            <w:vAlign w:val="center"/>
          </w:tcPr>
          <w:p w14:paraId="69F24EA6" w14:textId="52366CAA" w:rsidR="4E75A512" w:rsidRDefault="00EA47E3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64B23350" w14:textId="5942CC16" w:rsidR="22D8F9D0" w:rsidRPr="00FC26B7" w:rsidRDefault="00FC26B7" w:rsidP="00FC26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FC26B7">
              <w:rPr>
                <w:rFonts w:ascii="Arial" w:eastAsia="Arial" w:hAnsi="Arial" w:cs="Arial"/>
                <w:sz w:val="18"/>
                <w:szCs w:val="18"/>
              </w:rPr>
              <w:t>NURS609 Patho, Pharm, Physical Assess</w:t>
            </w:r>
          </w:p>
        </w:tc>
        <w:tc>
          <w:tcPr>
            <w:tcW w:w="921" w:type="dxa"/>
            <w:vAlign w:val="center"/>
          </w:tcPr>
          <w:p w14:paraId="0A52A838" w14:textId="5C91841E" w:rsidR="6955236E" w:rsidRDefault="6955236E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14:paraId="684DD084" w14:textId="73212FB2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14:paraId="72AA11B4" w14:textId="799436AB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5870EB03" w14:textId="77777777" w:rsidTr="002D69F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B9D4B37" w14:textId="470B3B76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2F6D0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486C05" w14:textId="59874FBB" w:rsidR="00784FC2" w:rsidRDefault="7C2F6D09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75" w:type="dxa"/>
            <w:vAlign w:val="center"/>
          </w:tcPr>
          <w:p w14:paraId="645114B6" w14:textId="4F833202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927EC6E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21" w:type="dxa"/>
            <w:vAlign w:val="center"/>
          </w:tcPr>
          <w:p w14:paraId="4101652C" w14:textId="7A4B371E" w:rsidR="00784FC2" w:rsidRDefault="4EF54E80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45" w:type="dxa"/>
            <w:vAlign w:val="center"/>
          </w:tcPr>
          <w:p w14:paraId="0E746F62" w14:textId="48018C65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20A5D5F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4B99056E" w14:textId="7F8BF294" w:rsidR="00784FC2" w:rsidRDefault="00784FC2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F1DDFF8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14:paraId="527FB619" w14:textId="77777777" w:rsidTr="009656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9811DD" w14:textId="77777777" w:rsidR="00784FC2" w:rsidRDefault="5687529D" w:rsidP="0096565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6FDBE58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30" w:type="dxa"/>
            <w:vAlign w:val="center"/>
          </w:tcPr>
          <w:p w14:paraId="24BC8FCE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66" w:type="dxa"/>
            <w:vAlign w:val="center"/>
          </w:tcPr>
          <w:p w14:paraId="335CE1D0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00" w:type="dxa"/>
            <w:vAlign w:val="center"/>
          </w:tcPr>
          <w:p w14:paraId="2F811872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96" w:type="dxa"/>
            <w:vAlign w:val="center"/>
          </w:tcPr>
          <w:p w14:paraId="172A3484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DDBEF00" w14:textId="77777777" w:rsidTr="0096565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3461D779" w14:textId="44AFE75B" w:rsidR="00784FC2" w:rsidRPr="009A27AF" w:rsidRDefault="00986448" w:rsidP="0098644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9A27AF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NURS622 Education Didactic II</w:t>
            </w:r>
          </w:p>
        </w:tc>
        <w:tc>
          <w:tcPr>
            <w:tcW w:w="951" w:type="dxa"/>
            <w:vAlign w:val="center"/>
          </w:tcPr>
          <w:p w14:paraId="3CF2D8B6" w14:textId="11F731F1" w:rsidR="00784FC2" w:rsidRDefault="25BFB545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0FB78278" w14:textId="360C563D" w:rsidR="00784FC2" w:rsidRPr="00B71D78" w:rsidRDefault="00B71D78" w:rsidP="00B71D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71D78">
              <w:rPr>
                <w:rFonts w:ascii="Arial" w:eastAsia="Arial" w:hAnsi="Arial" w:cs="Arial"/>
                <w:bCs/>
                <w:sz w:val="18"/>
                <w:szCs w:val="18"/>
              </w:rPr>
              <w:t>NURS603 Practicum – Direct Care</w:t>
            </w:r>
          </w:p>
        </w:tc>
        <w:tc>
          <w:tcPr>
            <w:tcW w:w="966" w:type="dxa"/>
            <w:vAlign w:val="center"/>
          </w:tcPr>
          <w:p w14:paraId="1FC39945" w14:textId="5D961C76" w:rsidR="00784FC2" w:rsidRDefault="00D1474A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14:paraId="0562CB0E" w14:textId="7DD71675" w:rsidR="00784FC2" w:rsidRDefault="004D7D4E" w:rsidP="0096565C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6" w:type="dxa"/>
            <w:vAlign w:val="center"/>
          </w:tcPr>
          <w:p w14:paraId="34CE0A41" w14:textId="6DDF4F8A" w:rsidR="00784FC2" w:rsidRDefault="004D7D4E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5687529D" w14:paraId="7A260E58" w14:textId="77777777" w:rsidTr="0096565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5B0F2D36" w14:textId="2BCF483F" w:rsidR="25BFB545" w:rsidRPr="009A27AF" w:rsidRDefault="009A27AF" w:rsidP="009A27AF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9A27AF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NURS623 Practicum – Classroom</w:t>
            </w:r>
          </w:p>
        </w:tc>
        <w:tc>
          <w:tcPr>
            <w:tcW w:w="951" w:type="dxa"/>
            <w:vAlign w:val="center"/>
          </w:tcPr>
          <w:p w14:paraId="532BD030" w14:textId="32C1F4FB" w:rsidR="25BFB545" w:rsidRDefault="25BFB545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73FAF102" w14:textId="23533A79" w:rsidR="25BFB545" w:rsidRPr="004D7D4E" w:rsidRDefault="004D7D4E" w:rsidP="004D7D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4D7D4E">
              <w:rPr>
                <w:rFonts w:ascii="Arial" w:eastAsia="Arial" w:hAnsi="Arial" w:cs="Arial"/>
                <w:sz w:val="18"/>
                <w:szCs w:val="18"/>
              </w:rPr>
              <w:t xml:space="preserve">NURS698 Professional Identity in Nursing </w:t>
            </w:r>
          </w:p>
        </w:tc>
        <w:tc>
          <w:tcPr>
            <w:tcW w:w="966" w:type="dxa"/>
            <w:vAlign w:val="center"/>
          </w:tcPr>
          <w:p w14:paraId="7D2E2151" w14:textId="15EB7979" w:rsidR="25BFB545" w:rsidRDefault="00D1474A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2700" w:type="dxa"/>
            <w:vAlign w:val="center"/>
          </w:tcPr>
          <w:p w14:paraId="0F53FDAA" w14:textId="335F1CBD" w:rsidR="5687529D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14:paraId="05E3D45C" w14:textId="675FC994" w:rsidR="5687529D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D7D4E" w14:paraId="405B83EE" w14:textId="77777777" w:rsidTr="0096565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5FC659AE" w14:textId="77777777" w:rsidR="004D7D4E" w:rsidRPr="009A27AF" w:rsidRDefault="004D7D4E" w:rsidP="009A27AF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14:paraId="576B47BE" w14:textId="77777777" w:rsidR="004D7D4E" w:rsidRPr="5687529D" w:rsidRDefault="004D7D4E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30" w:type="dxa"/>
            <w:vAlign w:val="center"/>
          </w:tcPr>
          <w:p w14:paraId="49AC3491" w14:textId="6F474BE1" w:rsidR="004D7D4E" w:rsidRPr="004D7D4E" w:rsidRDefault="00D1474A" w:rsidP="00D147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D1474A">
              <w:rPr>
                <w:rFonts w:ascii="Arial" w:eastAsia="Arial" w:hAnsi="Arial" w:cs="Arial"/>
                <w:bCs/>
                <w:sz w:val="18"/>
                <w:szCs w:val="18"/>
              </w:rPr>
              <w:t>NURS701 Leadership</w:t>
            </w:r>
          </w:p>
        </w:tc>
        <w:tc>
          <w:tcPr>
            <w:tcW w:w="966" w:type="dxa"/>
            <w:vAlign w:val="center"/>
          </w:tcPr>
          <w:p w14:paraId="6E6971C5" w14:textId="1D36F957" w:rsidR="004D7D4E" w:rsidRPr="5687529D" w:rsidRDefault="00D1474A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00" w:type="dxa"/>
            <w:vAlign w:val="center"/>
          </w:tcPr>
          <w:p w14:paraId="5E3E7D43" w14:textId="77777777" w:rsidR="004D7D4E" w:rsidRDefault="004D7D4E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14:paraId="1E58665B" w14:textId="77777777" w:rsidR="004D7D4E" w:rsidRDefault="004D7D4E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0B278BB" w14:textId="77777777" w:rsidTr="0096565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4727373" w14:textId="3A704C94" w:rsidR="00784FC2" w:rsidRDefault="5687529D" w:rsidP="0096565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EE1D8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EBF3C5" w14:textId="481B1B52" w:rsidR="00784FC2" w:rsidRDefault="2849C284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30" w:type="dxa"/>
            <w:vAlign w:val="center"/>
          </w:tcPr>
          <w:p w14:paraId="67183AB2" w14:textId="67C2BD38" w:rsidR="00784FC2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EC76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66" w:type="dxa"/>
            <w:vAlign w:val="center"/>
          </w:tcPr>
          <w:p w14:paraId="6D98A12B" w14:textId="31083DA2" w:rsidR="00784FC2" w:rsidRDefault="00D1474A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00" w:type="dxa"/>
            <w:vAlign w:val="center"/>
          </w:tcPr>
          <w:p w14:paraId="6BF62037" w14:textId="58320626" w:rsidR="00784FC2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6091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96" w:type="dxa"/>
            <w:vAlign w:val="center"/>
          </w:tcPr>
          <w:p w14:paraId="2946DB82" w14:textId="09506C4D" w:rsidR="00784FC2" w:rsidRDefault="004D7D4E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62386421" w14:textId="31854F17" w:rsidR="5687529D" w:rsidRDefault="5687529D" w:rsidP="5687529D">
      <w:pPr>
        <w:rPr>
          <w:rFonts w:ascii="Arial" w:eastAsia="Arial" w:hAnsi="Arial" w:cs="Arial"/>
          <w:b/>
          <w:bCs/>
          <w:sz w:val="20"/>
          <w:szCs w:val="20"/>
        </w:rPr>
      </w:pPr>
    </w:p>
    <w:sectPr w:rsidR="5687529D" w:rsidSect="00034616">
      <w:footerReference w:type="default" r:id="rId8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0089" w14:textId="77777777" w:rsidR="00E65BAC" w:rsidRDefault="00E65BAC" w:rsidP="006D5592">
      <w:pPr>
        <w:spacing w:after="0" w:line="240" w:lineRule="auto"/>
      </w:pPr>
      <w:r>
        <w:separator/>
      </w:r>
    </w:p>
  </w:endnote>
  <w:endnote w:type="continuationSeparator" w:id="0">
    <w:p w14:paraId="612BCEFC" w14:textId="77777777" w:rsidR="00E65BAC" w:rsidRDefault="00E65BAC" w:rsidP="006D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EC0A" w14:textId="2FD0ABC6" w:rsidR="006D5592" w:rsidRPr="006D5592" w:rsidRDefault="006D5592" w:rsidP="006D5592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A1941" w14:textId="77777777" w:rsidR="00E65BAC" w:rsidRDefault="00E65BAC" w:rsidP="006D5592">
      <w:pPr>
        <w:spacing w:after="0" w:line="240" w:lineRule="auto"/>
      </w:pPr>
      <w:r>
        <w:separator/>
      </w:r>
    </w:p>
  </w:footnote>
  <w:footnote w:type="continuationSeparator" w:id="0">
    <w:p w14:paraId="6781FE7F" w14:textId="77777777" w:rsidR="00E65BAC" w:rsidRDefault="00E65BAC" w:rsidP="006D5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DDD"/>
    <w:rsid w:val="00034616"/>
    <w:rsid w:val="0006063C"/>
    <w:rsid w:val="00107C61"/>
    <w:rsid w:val="0015074B"/>
    <w:rsid w:val="00161E30"/>
    <w:rsid w:val="00183455"/>
    <w:rsid w:val="00264CCE"/>
    <w:rsid w:val="0029639D"/>
    <w:rsid w:val="002D69FC"/>
    <w:rsid w:val="00326F90"/>
    <w:rsid w:val="00392BE1"/>
    <w:rsid w:val="0044DA87"/>
    <w:rsid w:val="004A56A5"/>
    <w:rsid w:val="004B6EDB"/>
    <w:rsid w:val="004D74E2"/>
    <w:rsid w:val="004D7D4E"/>
    <w:rsid w:val="00565AD1"/>
    <w:rsid w:val="00585947"/>
    <w:rsid w:val="006315DA"/>
    <w:rsid w:val="006D5592"/>
    <w:rsid w:val="00713D45"/>
    <w:rsid w:val="00730BC7"/>
    <w:rsid w:val="0073462C"/>
    <w:rsid w:val="00746EFA"/>
    <w:rsid w:val="00753347"/>
    <w:rsid w:val="00784FC2"/>
    <w:rsid w:val="0081439D"/>
    <w:rsid w:val="00824257"/>
    <w:rsid w:val="00860E3A"/>
    <w:rsid w:val="0096565C"/>
    <w:rsid w:val="009700FD"/>
    <w:rsid w:val="00986448"/>
    <w:rsid w:val="009A27AF"/>
    <w:rsid w:val="00AA1D8D"/>
    <w:rsid w:val="00B353BA"/>
    <w:rsid w:val="00B47730"/>
    <w:rsid w:val="00B71D78"/>
    <w:rsid w:val="00C727D8"/>
    <w:rsid w:val="00CB0664"/>
    <w:rsid w:val="00D1474A"/>
    <w:rsid w:val="00D466E0"/>
    <w:rsid w:val="00DB7451"/>
    <w:rsid w:val="00E65BAC"/>
    <w:rsid w:val="00E8121B"/>
    <w:rsid w:val="00EA47E3"/>
    <w:rsid w:val="00FC26B7"/>
    <w:rsid w:val="00FC693F"/>
    <w:rsid w:val="0532F99D"/>
    <w:rsid w:val="0548C722"/>
    <w:rsid w:val="0584114B"/>
    <w:rsid w:val="05C0F013"/>
    <w:rsid w:val="0B5DB610"/>
    <w:rsid w:val="0B626452"/>
    <w:rsid w:val="0BD9999D"/>
    <w:rsid w:val="0BF0A8AB"/>
    <w:rsid w:val="1359912E"/>
    <w:rsid w:val="147E33FE"/>
    <w:rsid w:val="150CC98B"/>
    <w:rsid w:val="15A0DE61"/>
    <w:rsid w:val="195A9704"/>
    <w:rsid w:val="197FECA5"/>
    <w:rsid w:val="1A086A07"/>
    <w:rsid w:val="1B55DDC2"/>
    <w:rsid w:val="1DAB02BB"/>
    <w:rsid w:val="20515CAD"/>
    <w:rsid w:val="22D8F9D0"/>
    <w:rsid w:val="238CCDD8"/>
    <w:rsid w:val="23CB6091"/>
    <w:rsid w:val="23CBEC76"/>
    <w:rsid w:val="2518CA5F"/>
    <w:rsid w:val="2576F0BA"/>
    <w:rsid w:val="25BFB545"/>
    <w:rsid w:val="264BBD83"/>
    <w:rsid w:val="2849C284"/>
    <w:rsid w:val="285D2ADF"/>
    <w:rsid w:val="287B00DD"/>
    <w:rsid w:val="28963678"/>
    <w:rsid w:val="290D17FE"/>
    <w:rsid w:val="2923A143"/>
    <w:rsid w:val="299C6A94"/>
    <w:rsid w:val="2C457998"/>
    <w:rsid w:val="2C82EED6"/>
    <w:rsid w:val="2DBB8E46"/>
    <w:rsid w:val="2E82548F"/>
    <w:rsid w:val="2F9BAF96"/>
    <w:rsid w:val="31579FDB"/>
    <w:rsid w:val="329D5EB2"/>
    <w:rsid w:val="34DEE95E"/>
    <w:rsid w:val="35256DDB"/>
    <w:rsid w:val="365D4211"/>
    <w:rsid w:val="3693C2CB"/>
    <w:rsid w:val="36F8C3A0"/>
    <w:rsid w:val="37B71EAC"/>
    <w:rsid w:val="382A0CB9"/>
    <w:rsid w:val="3859EDF6"/>
    <w:rsid w:val="3C4C0B9D"/>
    <w:rsid w:val="3C800705"/>
    <w:rsid w:val="3D60A677"/>
    <w:rsid w:val="3D952BB8"/>
    <w:rsid w:val="3E74F48C"/>
    <w:rsid w:val="3F00699A"/>
    <w:rsid w:val="3FFAE8D7"/>
    <w:rsid w:val="40766B9C"/>
    <w:rsid w:val="41536B48"/>
    <w:rsid w:val="420A5D5F"/>
    <w:rsid w:val="4310890E"/>
    <w:rsid w:val="43E51886"/>
    <w:rsid w:val="44127531"/>
    <w:rsid w:val="44AA44FB"/>
    <w:rsid w:val="453FA1F1"/>
    <w:rsid w:val="45843C10"/>
    <w:rsid w:val="47F0F9CD"/>
    <w:rsid w:val="47F2CF32"/>
    <w:rsid w:val="4927EC6E"/>
    <w:rsid w:val="4BFD0847"/>
    <w:rsid w:val="4CEFA38F"/>
    <w:rsid w:val="4D36C35B"/>
    <w:rsid w:val="4DC12EBC"/>
    <w:rsid w:val="4DD0E80C"/>
    <w:rsid w:val="4E4B2399"/>
    <w:rsid w:val="4E75A512"/>
    <w:rsid w:val="4EF54E80"/>
    <w:rsid w:val="505A99F4"/>
    <w:rsid w:val="52A931A8"/>
    <w:rsid w:val="52EE23A5"/>
    <w:rsid w:val="5405EE21"/>
    <w:rsid w:val="5686CE4A"/>
    <w:rsid w:val="5687529D"/>
    <w:rsid w:val="578B78F2"/>
    <w:rsid w:val="59E01842"/>
    <w:rsid w:val="5BB69409"/>
    <w:rsid w:val="6324E73E"/>
    <w:rsid w:val="6482F441"/>
    <w:rsid w:val="655C29A8"/>
    <w:rsid w:val="65ADF9C7"/>
    <w:rsid w:val="670B4B88"/>
    <w:rsid w:val="6725D173"/>
    <w:rsid w:val="677232E5"/>
    <w:rsid w:val="68775C1A"/>
    <w:rsid w:val="6955236E"/>
    <w:rsid w:val="6E70DE0B"/>
    <w:rsid w:val="6EEF46E3"/>
    <w:rsid w:val="74FC6F10"/>
    <w:rsid w:val="76B5A196"/>
    <w:rsid w:val="78181425"/>
    <w:rsid w:val="79A02AD2"/>
    <w:rsid w:val="7C2F6D09"/>
    <w:rsid w:val="7C7E6CCB"/>
    <w:rsid w:val="7CEE1D89"/>
    <w:rsid w:val="7EB2AA26"/>
    <w:rsid w:val="7F26B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2D69FC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752</Characters>
  <Application>Microsoft Office Word</Application>
  <DocSecurity>0</DocSecurity>
  <Lines>6</Lines>
  <Paragraphs>1</Paragraphs>
  <ScaleCrop>false</ScaleCrop>
  <Manager/>
  <Company/>
  <LinksUpToDate>false</LinksUpToDate>
  <CharactersWithSpaces>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Walk</dc:creator>
  <cp:keywords/>
  <dc:description>generated by python-docx</dc:description>
  <cp:lastModifiedBy>Brian Walk</cp:lastModifiedBy>
  <cp:revision>20</cp:revision>
  <dcterms:created xsi:type="dcterms:W3CDTF">2026-09-23T15:04:00Z</dcterms:created>
  <dcterms:modified xsi:type="dcterms:W3CDTF">2026-09-28T18:44:00Z</dcterms:modified>
  <cp:category/>
</cp:coreProperties>
</file>