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F55E3" w:rsidR="00784FC2" w:rsidP="5687529D" w:rsidRDefault="5687529D" w14:paraId="3B017374" w14:textId="77777777">
      <w:pPr>
        <w:pStyle w:val="Heading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CF55E3">
        <w:rPr>
          <w:rFonts w:ascii="Arial" w:hAnsi="Arial" w:cs="Arial"/>
          <w:color w:val="auto"/>
          <w:sz w:val="24"/>
          <w:szCs w:val="24"/>
        </w:rPr>
        <w:t>Northern Illinois University</w:t>
      </w:r>
    </w:p>
    <w:p w:rsidRPr="00CF55E3" w:rsidR="00784FC2" w:rsidP="5687529D" w:rsidRDefault="5687529D" w14:paraId="5FACCB65" w14:textId="772D3394">
      <w:pPr>
        <w:pStyle w:val="Heading2"/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CF55E3">
        <w:rPr>
          <w:rFonts w:ascii="Arial" w:hAnsi="Arial" w:cs="Arial"/>
          <w:color w:val="auto"/>
          <w:sz w:val="22"/>
          <w:szCs w:val="22"/>
        </w:rPr>
        <w:t>School</w:t>
      </w:r>
      <w:r w:rsidRPr="00CF55E3" w:rsidR="00404D94">
        <w:rPr>
          <w:rFonts w:ascii="Arial" w:hAnsi="Arial" w:cs="Arial"/>
          <w:color w:val="auto"/>
          <w:sz w:val="22"/>
          <w:szCs w:val="22"/>
        </w:rPr>
        <w:t xml:space="preserve"> of</w:t>
      </w:r>
      <w:r w:rsidRPr="00CF55E3">
        <w:rPr>
          <w:rFonts w:ascii="Arial" w:hAnsi="Arial" w:cs="Arial"/>
          <w:color w:val="auto"/>
          <w:sz w:val="22"/>
          <w:szCs w:val="22"/>
        </w:rPr>
        <w:t xml:space="preserve"> N</w:t>
      </w:r>
      <w:r w:rsidRPr="00CF55E3" w:rsidR="00404D94">
        <w:rPr>
          <w:rFonts w:ascii="Arial" w:hAnsi="Arial" w:cs="Arial"/>
          <w:color w:val="auto"/>
          <w:sz w:val="22"/>
          <w:szCs w:val="22"/>
        </w:rPr>
        <w:t>ursing</w:t>
      </w:r>
    </w:p>
    <w:p w:rsidRPr="00CF55E3" w:rsidR="00784FC2" w:rsidP="5687529D" w:rsidRDefault="00264342" w14:paraId="2AE04019" w14:textId="597F8972">
      <w:pPr>
        <w:pStyle w:val="Heading3"/>
        <w:spacing w:before="0" w:after="120" w:line="240" w:lineRule="auto"/>
        <w:jc w:val="center"/>
        <w:rPr>
          <w:rFonts w:ascii="Arial" w:hAnsi="Arial" w:cs="Arial"/>
          <w:color w:val="C00000"/>
        </w:rPr>
      </w:pPr>
      <w:r w:rsidRPr="00730BC7">
        <w:rPr>
          <w:rFonts w:ascii="Arial" w:hAnsi="Arial" w:cs="Arial"/>
          <w:color w:val="C00000"/>
        </w:rPr>
        <w:t xml:space="preserve">Plan of Study: </w:t>
      </w:r>
      <w:r w:rsidRPr="00CF55E3" w:rsidR="5687529D">
        <w:rPr>
          <w:rFonts w:ascii="Arial" w:hAnsi="Arial" w:cs="Arial"/>
          <w:color w:val="C00000"/>
        </w:rPr>
        <w:t>P</w:t>
      </w:r>
      <w:r w:rsidRPr="00CF55E3" w:rsidR="00B34375">
        <w:rPr>
          <w:rFonts w:ascii="Arial" w:hAnsi="Arial" w:cs="Arial"/>
          <w:color w:val="C00000"/>
        </w:rPr>
        <w:t>ost-Baccalaureate DNP Healthcare Leadership</w:t>
      </w:r>
      <w:r w:rsidR="00D16BBB">
        <w:rPr>
          <w:rFonts w:ascii="Arial" w:hAnsi="Arial" w:cs="Arial"/>
          <w:color w:val="C00000"/>
        </w:rPr>
        <w:t xml:space="preserve"> (Part-Time)</w:t>
      </w:r>
    </w:p>
    <w:p w:rsidRPr="00832C72" w:rsidR="00CF55E3" w:rsidP="00CF55E3" w:rsidRDefault="00CF55E3" w14:paraId="6C2F72A6" w14:textId="0837FED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32C72">
        <w:rPr>
          <w:rFonts w:ascii="Arial" w:hAnsi="Arial" w:cs="Arial"/>
          <w:b/>
          <w:bCs/>
          <w:sz w:val="20"/>
          <w:szCs w:val="20"/>
        </w:rPr>
        <w:t>Fall Admit</w:t>
      </w:r>
    </w:p>
    <w:p w:rsidRPr="00CF55E3" w:rsidR="00D16BBB" w:rsidP="00CF55E3" w:rsidRDefault="00D16BBB" w14:paraId="130034FD" w14:textId="77777777">
      <w:pPr>
        <w:jc w:val="center"/>
        <w:rPr>
          <w:rFonts w:ascii="Arial" w:hAnsi="Arial" w:cs="Arial"/>
          <w:sz w:val="20"/>
          <w:szCs w:val="20"/>
        </w:rPr>
      </w:pPr>
    </w:p>
    <w:p w:rsidR="00784FC2" w:rsidP="5687529D" w:rsidRDefault="5687529D" w14:paraId="308D9A6C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1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90"/>
        <w:gridCol w:w="906"/>
        <w:gridCol w:w="2790"/>
        <w:gridCol w:w="906"/>
      </w:tblGrid>
      <w:tr w:rsidR="00784FC2" w:rsidTr="172291C9" w14:paraId="07C190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2D69FC" w:rsidRDefault="5687529D" w14:paraId="4EA38C13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2D69FC" w:rsidRDefault="5687529D" w14:paraId="62A8F16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  <w:vAlign w:val="center"/>
          </w:tcPr>
          <w:p w:rsidR="00784FC2" w:rsidP="002D69FC" w:rsidRDefault="5687529D" w14:paraId="6DF95D13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06" w:type="dxa"/>
            <w:tcMar/>
            <w:vAlign w:val="center"/>
          </w:tcPr>
          <w:p w:rsidR="00784FC2" w:rsidP="002D69FC" w:rsidRDefault="5687529D" w14:paraId="7173E4B7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  <w:vAlign w:val="center"/>
          </w:tcPr>
          <w:p w:rsidR="00784FC2" w:rsidP="002D69FC" w:rsidRDefault="5687529D" w14:paraId="40A3291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06" w:type="dxa"/>
            <w:tcMar/>
            <w:vAlign w:val="center"/>
          </w:tcPr>
          <w:p w:rsidR="00784FC2" w:rsidP="002D69FC" w:rsidRDefault="5687529D" w14:paraId="24735EF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172291C9" w14:paraId="672A6659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2D69FC" w:rsidR="00784FC2" w:rsidP="002D69FC" w:rsidRDefault="15A0DE61" w14:paraId="0A37501D" w14:textId="176F7D19">
            <w:pPr>
              <w:jc w:val="center"/>
              <w:rPr>
                <w:b w:val="0"/>
                <w:bCs w:val="0"/>
              </w:rPr>
            </w:pPr>
            <w:r w:rsidRPr="002D69FC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NURS601 MS level practice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2D69FC" w:rsidRDefault="15A0DE61" w14:paraId="5DAB6C7B" w14:textId="6CC690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  <w:vAlign w:val="center"/>
          </w:tcPr>
          <w:p w:rsidRPr="0026056C" w:rsidR="00784FC2" w:rsidP="172291C9" w:rsidRDefault="0026056C" w14:paraId="02EB378F" w14:textId="6BDBC4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</w:rPr>
            </w:pPr>
            <w:r w:rsidRPr="172291C9" w:rsidR="4CA72E8D">
              <w:rPr>
                <w:rFonts w:ascii="Arial" w:hAnsi="Arial" w:eastAsia="Arial" w:cs="Arial"/>
                <w:i w:val="0"/>
                <w:iCs w:val="0"/>
                <w:sz w:val="18"/>
                <w:szCs w:val="18"/>
              </w:rPr>
              <w:t>Elective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06" w:type="dxa"/>
            <w:tcMar/>
            <w:vAlign w:val="center"/>
          </w:tcPr>
          <w:p w:rsidR="00784FC2" w:rsidP="002D69FC" w:rsidRDefault="15A0DE61" w14:paraId="6A05A809" w14:textId="60E28C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  <w:vAlign w:val="center"/>
          </w:tcPr>
          <w:p w:rsidRPr="00D922F3" w:rsidR="00784FC2" w:rsidP="00D922F3" w:rsidRDefault="00D922F3" w14:paraId="5A39BBE3" w14:textId="61773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iCs/>
                <w:sz w:val="18"/>
                <w:szCs w:val="18"/>
              </w:rPr>
            </w:pPr>
            <w:r w:rsidRPr="00D922F3">
              <w:rPr>
                <w:rFonts w:ascii="Arial" w:hAnsi="Arial" w:eastAsia="Arial" w:cs="Arial"/>
                <w:iCs/>
                <w:sz w:val="18"/>
                <w:szCs w:val="18"/>
              </w:rPr>
              <w:t>PHHE653 Financial Decision Making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06" w:type="dxa"/>
            <w:tcMar/>
            <w:vAlign w:val="center"/>
          </w:tcPr>
          <w:p w:rsidR="00784FC2" w:rsidP="002D69FC" w:rsidRDefault="6EEF46E3" w14:paraId="41C8F396" w14:textId="613695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</w:tr>
      <w:tr w:rsidR="5687529D" w:rsidTr="172291C9" w14:paraId="25323AD9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3847F4" w:rsidR="15A0DE61" w:rsidP="002D69FC" w:rsidRDefault="003847F4" w14:paraId="2D7910B5" w14:textId="4C7F488F">
            <w:pPr>
              <w:jc w:val="center"/>
              <w:rPr>
                <w:b w:val="0"/>
                <w:bCs w:val="0"/>
              </w:rPr>
            </w:pPr>
            <w:r w:rsidRPr="003847F4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Stats ETR521 or PHHE605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15A0DE61" w:rsidP="002D69FC" w:rsidRDefault="15A0DE61" w14:paraId="3F757829" w14:textId="7C553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  <w:vAlign w:val="center"/>
          </w:tcPr>
          <w:p w:rsidR="15A0DE61" w:rsidP="002D69FC" w:rsidRDefault="0026056C" w14:paraId="703F05E8" w14:textId="0E0477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NURS701 Leadership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06" w:type="dxa"/>
            <w:tcMar/>
            <w:vAlign w:val="center"/>
          </w:tcPr>
          <w:p w:rsidR="15A0DE61" w:rsidP="002D69FC" w:rsidRDefault="15A0DE61" w14:paraId="4B7042E7" w14:textId="1F435E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  <w:vAlign w:val="center"/>
          </w:tcPr>
          <w:p w:rsidR="5687529D" w:rsidP="002D69FC" w:rsidRDefault="5687529D" w14:paraId="58D5C5D7" w14:textId="3387A9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06" w:type="dxa"/>
            <w:tcMar/>
            <w:vAlign w:val="center"/>
          </w:tcPr>
          <w:p w:rsidR="5687529D" w:rsidP="002D69FC" w:rsidRDefault="5687529D" w14:paraId="4EF1D75A" w14:textId="7D3EB7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172291C9" w14:paraId="44B45B1B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2D69FC" w:rsidRDefault="5687529D" w14:paraId="46FE0C09" w14:textId="45A6FEDA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299C6A94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2D69FC" w:rsidRDefault="299C6A94" w14:paraId="72A3D3EC" w14:textId="013C21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  <w:vAlign w:val="center"/>
          </w:tcPr>
          <w:p w:rsidR="00784FC2" w:rsidP="002D69FC" w:rsidRDefault="5687529D" w14:paraId="51E8FDB7" w14:textId="4F19B3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7C7E6CCB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06" w:type="dxa"/>
            <w:tcMar/>
            <w:vAlign w:val="center"/>
          </w:tcPr>
          <w:p w:rsidR="00784FC2" w:rsidP="002D69FC" w:rsidRDefault="3C4C0B9D" w14:paraId="0D0B940D" w14:textId="746C0C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90" w:type="dxa"/>
            <w:tcMar/>
            <w:vAlign w:val="center"/>
          </w:tcPr>
          <w:p w:rsidR="00784FC2" w:rsidP="002D69FC" w:rsidRDefault="5687529D" w14:paraId="4B4370B4" w14:textId="71A1B1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5BB69409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06" w:type="dxa"/>
            <w:tcMar/>
            <w:vAlign w:val="center"/>
          </w:tcPr>
          <w:p w:rsidR="00784FC2" w:rsidP="002D69FC" w:rsidRDefault="52A931A8" w14:paraId="0E27B00A" w14:textId="64A5C1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:rsidR="00EE091C" w:rsidP="00EE091C" w:rsidRDefault="00EE091C" w14:paraId="1D7BF915" w14:textId="435C824F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 xml:space="preserve">Academic Year </w:t>
      </w:r>
      <w:r>
        <w:rPr>
          <w:rFonts w:ascii="Arial" w:hAnsi="Arial"/>
          <w:b/>
          <w:bCs/>
          <w:sz w:val="20"/>
          <w:szCs w:val="20"/>
        </w:rPr>
        <w:t>2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75"/>
        <w:gridCol w:w="921"/>
        <w:gridCol w:w="2745"/>
        <w:gridCol w:w="951"/>
      </w:tblGrid>
      <w:tr w:rsidR="00784FC2" w:rsidTr="172291C9" w14:paraId="7281168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2D69FC" w:rsidRDefault="5687529D" w14:paraId="6AAA2706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2D69FC" w:rsidRDefault="5687529D" w14:paraId="674F9DC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75" w:type="dxa"/>
            <w:tcMar/>
            <w:vAlign w:val="center"/>
          </w:tcPr>
          <w:p w:rsidR="00784FC2" w:rsidP="002D69FC" w:rsidRDefault="5687529D" w14:paraId="5D71AD6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21" w:type="dxa"/>
            <w:tcMar/>
            <w:vAlign w:val="center"/>
          </w:tcPr>
          <w:p w:rsidR="00784FC2" w:rsidP="002D69FC" w:rsidRDefault="5687529D" w14:paraId="1B7DB311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2D69FC" w:rsidRDefault="5687529D" w14:paraId="6941280D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2D69FC" w:rsidRDefault="5687529D" w14:paraId="061ADB5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172291C9" w14:paraId="44EAFD9C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EE091C" w:rsidR="00784FC2" w:rsidP="00EE091C" w:rsidRDefault="00D733DF" w14:paraId="4B94D5A5" w14:textId="177AF6FA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EE091C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NURS704 Population Health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2D69FC" w:rsidRDefault="005C1EC9" w14:paraId="3DEEC669" w14:textId="7AD0D9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75" w:type="dxa"/>
            <w:tcMar/>
            <w:vAlign w:val="center"/>
          </w:tcPr>
          <w:p w:rsidR="00784FC2" w:rsidP="172291C9" w:rsidRDefault="00D65541" w14:paraId="3656B9AB" w14:textId="278398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i w:val="0"/>
                <w:iCs w:val="0"/>
                <w:sz w:val="18"/>
                <w:szCs w:val="18"/>
              </w:rPr>
            </w:pPr>
            <w:r w:rsidRPr="172291C9" w:rsidR="576C5C13">
              <w:rPr>
                <w:rFonts w:ascii="Arial" w:hAnsi="Arial" w:eastAsia="Arial" w:cs="Arial"/>
                <w:i w:val="0"/>
                <w:iCs w:val="0"/>
                <w:sz w:val="18"/>
                <w:szCs w:val="18"/>
              </w:rPr>
              <w:t>Elective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21" w:type="dxa"/>
            <w:tcMar/>
            <w:vAlign w:val="center"/>
          </w:tcPr>
          <w:p w:rsidR="00784FC2" w:rsidP="002D69FC" w:rsidRDefault="05C0F013" w14:paraId="45FB0818" w14:textId="4108B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2D69FC" w:rsidRDefault="00784FC2" w14:paraId="049F31CB" w14:textId="2551D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2D69FC" w:rsidRDefault="00784FC2" w14:paraId="53128261" w14:textId="4F9644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5687529D" w:rsidTr="172291C9" w14:paraId="0E850483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Pr="00011DDD" w:rsidR="4E75A512" w:rsidP="002D69FC" w:rsidRDefault="005C1EC9" w14:paraId="036E8579" w14:textId="054827CA">
            <w:pPr>
              <w:jc w:val="center"/>
              <w:rPr>
                <w:b w:val="0"/>
                <w:bCs w:val="0"/>
              </w:rPr>
            </w:pPr>
            <w:r w:rsidRPr="005C1EC9">
              <w:rPr>
                <w:rFonts w:ascii="Arial" w:hAnsi="Arial" w:eastAsia="Arial" w:cs="Arial"/>
                <w:b w:val="0"/>
                <w:bCs w:val="0"/>
                <w:iCs/>
                <w:sz w:val="18"/>
                <w:szCs w:val="18"/>
              </w:rPr>
              <w:t>PHHE651 Health Economics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4E75A512" w:rsidP="002D69FC" w:rsidRDefault="005C1EC9" w14:paraId="69F24EA6" w14:textId="67BB74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75" w:type="dxa"/>
            <w:tcMar/>
            <w:vAlign w:val="center"/>
          </w:tcPr>
          <w:p w:rsidR="22D8F9D0" w:rsidP="002D69FC" w:rsidRDefault="00D65541" w14:paraId="64B23350" w14:textId="2B3551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65541">
              <w:rPr>
                <w:rFonts w:ascii="Arial" w:hAnsi="Arial" w:eastAsia="Arial" w:cs="Arial"/>
                <w:sz w:val="18"/>
                <w:szCs w:val="18"/>
              </w:rPr>
              <w:t>NURS643 Leadership Practicum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21" w:type="dxa"/>
            <w:tcMar/>
            <w:vAlign w:val="center"/>
          </w:tcPr>
          <w:p w:rsidR="6955236E" w:rsidP="002D69FC" w:rsidRDefault="005C1EC9" w14:paraId="0A52A838" w14:textId="53CC7A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5687529D" w:rsidP="002D69FC" w:rsidRDefault="5687529D" w14:paraId="684DD084" w14:textId="73212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5687529D" w:rsidP="002D69FC" w:rsidRDefault="5687529D" w14:paraId="72AA11B4" w14:textId="799436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172291C9" w14:paraId="5870EB03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2D69FC" w:rsidRDefault="5687529D" w14:paraId="2B9D4B37" w14:textId="470B3B76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7C2F6D09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2D69FC" w:rsidRDefault="7C2F6D09" w14:paraId="62486C05" w14:textId="59874F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75" w:type="dxa"/>
            <w:tcMar/>
            <w:vAlign w:val="center"/>
          </w:tcPr>
          <w:p w:rsidR="00784FC2" w:rsidP="002D69FC" w:rsidRDefault="5687529D" w14:paraId="645114B6" w14:textId="4F8332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4927EC6E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21" w:type="dxa"/>
            <w:tcMar/>
            <w:vAlign w:val="center"/>
          </w:tcPr>
          <w:p w:rsidR="00784FC2" w:rsidP="002D69FC" w:rsidRDefault="00824715" w14:paraId="4101652C" w14:textId="7FCD4D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45" w:type="dxa"/>
            <w:tcMar/>
            <w:vAlign w:val="center"/>
          </w:tcPr>
          <w:p w:rsidR="00784FC2" w:rsidP="002D69FC" w:rsidRDefault="5687529D" w14:paraId="0E746F62" w14:textId="48018C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420A5D5F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51" w:type="dxa"/>
            <w:tcMar/>
            <w:vAlign w:val="center"/>
          </w:tcPr>
          <w:p w:rsidR="00784FC2" w:rsidP="002D69FC" w:rsidRDefault="00784FC2" w14:paraId="4B99056E" w14:textId="52C7F8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</w:tr>
    </w:tbl>
    <w:p w:rsidR="00784FC2" w:rsidP="5687529D" w:rsidRDefault="5687529D" w14:paraId="6F1DDFF8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3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30"/>
        <w:gridCol w:w="966"/>
        <w:gridCol w:w="2700"/>
        <w:gridCol w:w="996"/>
      </w:tblGrid>
      <w:tr w:rsidR="00784FC2" w:rsidTr="0096565C" w14:paraId="527FB61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96565C" w:rsidRDefault="5687529D" w14:paraId="2D9811DD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:rsidR="00784FC2" w:rsidP="0096565C" w:rsidRDefault="5687529D" w14:paraId="66FDBE5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730" w:type="dxa"/>
            <w:vAlign w:val="center"/>
          </w:tcPr>
          <w:p w:rsidR="00784FC2" w:rsidP="0096565C" w:rsidRDefault="5687529D" w14:paraId="24BC8FC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tcW w:w="966" w:type="dxa"/>
            <w:vAlign w:val="center"/>
          </w:tcPr>
          <w:p w:rsidR="00784FC2" w:rsidP="0096565C" w:rsidRDefault="5687529D" w14:paraId="335CE1D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700" w:type="dxa"/>
            <w:vAlign w:val="center"/>
          </w:tcPr>
          <w:p w:rsidR="00784FC2" w:rsidP="0096565C" w:rsidRDefault="5687529D" w14:paraId="2F811872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tcW w:w="996" w:type="dxa"/>
            <w:vAlign w:val="center"/>
          </w:tcPr>
          <w:p w:rsidR="00784FC2" w:rsidP="0096565C" w:rsidRDefault="5687529D" w14:paraId="172A3484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0096565C" w14:paraId="4DDBEF00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8A491C" w:rsidR="00784FC2" w:rsidP="008A491C" w:rsidRDefault="008A491C" w14:paraId="3461D779" w14:textId="35928DD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8A491C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NURS700 Intro to DNP Project</w:t>
            </w:r>
          </w:p>
        </w:tc>
        <w:tc>
          <w:tcPr>
            <w:tcW w:w="951" w:type="dxa"/>
            <w:vAlign w:val="center"/>
          </w:tcPr>
          <w:p w:rsidR="00784FC2" w:rsidP="0096565C" w:rsidRDefault="25BFB545" w14:paraId="3CF2D8B6" w14:textId="11F731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30" w:type="dxa"/>
            <w:vAlign w:val="center"/>
          </w:tcPr>
          <w:p w:rsidR="00784FC2" w:rsidP="0096565C" w:rsidRDefault="00750B77" w14:paraId="0FB78278" w14:textId="1CF825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NURS702</w:t>
            </w: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</w:t>
            </w:r>
            <w:r w:rsidRPr="5687529D">
              <w:rPr>
                <w:rFonts w:ascii="Arial" w:hAnsi="Arial" w:eastAsia="Arial" w:cs="Arial"/>
                <w:sz w:val="18"/>
                <w:szCs w:val="18"/>
              </w:rPr>
              <w:t>DNP research</w:t>
            </w:r>
          </w:p>
        </w:tc>
        <w:tc>
          <w:tcPr>
            <w:tcW w:w="966" w:type="dxa"/>
            <w:vAlign w:val="center"/>
          </w:tcPr>
          <w:p w:rsidR="00784FC2" w:rsidP="0096565C" w:rsidRDefault="25BFB545" w14:paraId="1FC39945" w14:textId="71785A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00" w:type="dxa"/>
            <w:vAlign w:val="center"/>
          </w:tcPr>
          <w:p w:rsidR="00784FC2" w:rsidP="0096565C" w:rsidRDefault="00784FC2" w14:paraId="0562CB0E" w14:textId="4947C0C9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6" w:type="dxa"/>
            <w:vAlign w:val="center"/>
          </w:tcPr>
          <w:p w:rsidR="00784FC2" w:rsidP="0096565C" w:rsidRDefault="00784FC2" w14:paraId="34CE0A41" w14:textId="22D606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5687529D" w:rsidTr="0096565C" w14:paraId="7A260E58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746EFA" w:rsidR="25BFB545" w:rsidP="0096565C" w:rsidRDefault="008A3CFF" w14:paraId="5B0F2D36" w14:textId="286CCE43">
            <w:pPr>
              <w:jc w:val="center"/>
              <w:rPr>
                <w:b w:val="0"/>
                <w:bCs w:val="0"/>
              </w:rPr>
            </w:pPr>
            <w:r w:rsidRPr="008A3CFF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NURS70</w:t>
            </w:r>
            <w:r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 xml:space="preserve">7 </w:t>
            </w:r>
            <w:r w:rsidRPr="008A3CFF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Quality &amp; Safety</w:t>
            </w:r>
          </w:p>
        </w:tc>
        <w:tc>
          <w:tcPr>
            <w:tcW w:w="951" w:type="dxa"/>
            <w:vAlign w:val="center"/>
          </w:tcPr>
          <w:p w:rsidR="25BFB545" w:rsidP="0096565C" w:rsidRDefault="25BFB545" w14:paraId="532BD030" w14:textId="32C1F4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730" w:type="dxa"/>
            <w:vAlign w:val="center"/>
          </w:tcPr>
          <w:p w:rsidRPr="009277DD" w:rsidR="25BFB545" w:rsidP="009277DD" w:rsidRDefault="009277DD" w14:paraId="73FAF102" w14:textId="66CF7A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 w:rsidRPr="009277DD">
              <w:rPr>
                <w:rFonts w:ascii="Arial" w:hAnsi="Arial" w:eastAsia="Arial" w:cs="Arial"/>
                <w:sz w:val="18"/>
                <w:szCs w:val="18"/>
              </w:rPr>
              <w:t>NURS643 Leadership Practicum</w:t>
            </w:r>
          </w:p>
        </w:tc>
        <w:tc>
          <w:tcPr>
            <w:tcW w:w="966" w:type="dxa"/>
            <w:vAlign w:val="center"/>
          </w:tcPr>
          <w:p w:rsidR="25BFB545" w:rsidP="0096565C" w:rsidRDefault="25BFB545" w14:paraId="7D2E2151" w14:textId="6C7C31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4</w:t>
            </w:r>
          </w:p>
        </w:tc>
        <w:tc>
          <w:tcPr>
            <w:tcW w:w="2700" w:type="dxa"/>
            <w:vAlign w:val="center"/>
          </w:tcPr>
          <w:p w:rsidR="5687529D" w:rsidP="0096565C" w:rsidRDefault="5687529D" w14:paraId="0F53FDAA" w14:textId="335F1C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:rsidR="5687529D" w:rsidP="0096565C" w:rsidRDefault="5687529D" w14:paraId="05E3D45C" w14:textId="675FC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0096565C" w14:paraId="40B278BB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96565C" w:rsidRDefault="5687529D" w14:paraId="44727373" w14:textId="3A704C94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7CEE1D89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:rsidR="00784FC2" w:rsidP="0096565C" w:rsidRDefault="2849C284" w14:paraId="62EBF3C5" w14:textId="481B1B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30" w:type="dxa"/>
            <w:vAlign w:val="center"/>
          </w:tcPr>
          <w:p w:rsidR="00784FC2" w:rsidP="0096565C" w:rsidRDefault="5687529D" w14:paraId="67183AB2" w14:textId="67C2BD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23CBEC76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66" w:type="dxa"/>
            <w:vAlign w:val="center"/>
          </w:tcPr>
          <w:p w:rsidR="00784FC2" w:rsidP="0096565C" w:rsidRDefault="44127531" w14:paraId="6D98A12B" w14:textId="287AC0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700" w:type="dxa"/>
            <w:vAlign w:val="center"/>
          </w:tcPr>
          <w:p w:rsidR="00784FC2" w:rsidP="0096565C" w:rsidRDefault="5687529D" w14:paraId="6BF62037" w14:textId="583206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23CB6091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96" w:type="dxa"/>
            <w:vAlign w:val="center"/>
          </w:tcPr>
          <w:p w:rsidR="00784FC2" w:rsidP="0096565C" w:rsidRDefault="00784FC2" w14:paraId="2946DB82" w14:textId="07BEA7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</w:tr>
    </w:tbl>
    <w:p w:rsidR="00784FC2" w:rsidP="5687529D" w:rsidRDefault="5687529D" w14:paraId="541D9EFC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4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685"/>
        <w:gridCol w:w="1011"/>
        <w:gridCol w:w="2685"/>
        <w:gridCol w:w="1011"/>
      </w:tblGrid>
      <w:tr w:rsidR="00784FC2" w:rsidTr="0096565C" w14:paraId="5E4B172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96565C" w:rsidRDefault="5687529D" w14:paraId="574DEABB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:rsidR="00784FC2" w:rsidP="0096565C" w:rsidRDefault="5687529D" w14:paraId="05FD621B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685" w:type="dxa"/>
            <w:vAlign w:val="center"/>
          </w:tcPr>
          <w:p w:rsidR="00784FC2" w:rsidP="0096565C" w:rsidRDefault="5687529D" w14:paraId="5750F0A1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tcW w:w="1011" w:type="dxa"/>
            <w:vAlign w:val="center"/>
          </w:tcPr>
          <w:p w:rsidR="00784FC2" w:rsidP="0096565C" w:rsidRDefault="5687529D" w14:paraId="49AED6A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685" w:type="dxa"/>
            <w:vAlign w:val="center"/>
          </w:tcPr>
          <w:p w:rsidR="00784FC2" w:rsidP="0096565C" w:rsidRDefault="5687529D" w14:paraId="01095ABF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tcW w:w="1011" w:type="dxa"/>
            <w:vAlign w:val="center"/>
          </w:tcPr>
          <w:p w:rsidR="00784FC2" w:rsidP="0096565C" w:rsidRDefault="5687529D" w14:paraId="10208ECA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0096565C" w14:paraId="110FFD37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B64F8E" w:rsidR="00784FC2" w:rsidP="00A97808" w:rsidRDefault="00A97808" w14:paraId="6B699379" w14:textId="2B86B6D3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B64F8E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NURS710 Project Planning</w:t>
            </w:r>
          </w:p>
        </w:tc>
        <w:tc>
          <w:tcPr>
            <w:tcW w:w="951" w:type="dxa"/>
            <w:vAlign w:val="center"/>
          </w:tcPr>
          <w:p w:rsidR="00784FC2" w:rsidP="0096565C" w:rsidRDefault="670B4B88" w14:paraId="3FE9F23F" w14:textId="2113D3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685" w:type="dxa"/>
            <w:vAlign w:val="center"/>
          </w:tcPr>
          <w:p w:rsidRPr="00237E17" w:rsidR="00784FC2" w:rsidP="00237E17" w:rsidRDefault="00237E17" w14:paraId="1F72F646" w14:textId="0D9A130D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  <w:r w:rsidRPr="00237E17">
              <w:rPr>
                <w:rFonts w:ascii="Arial" w:hAnsi="Arial" w:eastAsia="Arial" w:cs="Arial"/>
                <w:sz w:val="18"/>
                <w:szCs w:val="18"/>
              </w:rPr>
              <w:t>NURS706 Informatics/Data Management</w:t>
            </w:r>
          </w:p>
        </w:tc>
        <w:tc>
          <w:tcPr>
            <w:tcW w:w="1011" w:type="dxa"/>
            <w:vAlign w:val="center"/>
          </w:tcPr>
          <w:p w:rsidR="00784FC2" w:rsidP="0096565C" w:rsidRDefault="006E630C" w14:paraId="08CE6F91" w14:textId="44E2A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685" w:type="dxa"/>
            <w:vAlign w:val="center"/>
          </w:tcPr>
          <w:p w:rsidR="00784FC2" w:rsidP="006E630C" w:rsidRDefault="00784FC2" w14:paraId="61CDCEAD" w14:textId="1BBD612B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1" w:type="dxa"/>
            <w:vAlign w:val="center"/>
          </w:tcPr>
          <w:p w:rsidR="00784FC2" w:rsidP="0096565C" w:rsidRDefault="00784FC2" w14:paraId="6BB9E253" w14:textId="1C0C37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5687529D" w:rsidTr="0096565C" w14:paraId="4E899D7E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Pr="00B64F8E" w:rsidR="670B4B88" w:rsidP="00B64F8E" w:rsidRDefault="00B64F8E" w14:paraId="162F5E0B" w14:textId="69A4A4AF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B64F8E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NURS743 Practicum</w:t>
            </w:r>
          </w:p>
        </w:tc>
        <w:tc>
          <w:tcPr>
            <w:tcW w:w="951" w:type="dxa"/>
            <w:vAlign w:val="center"/>
          </w:tcPr>
          <w:p w:rsidR="670B4B88" w:rsidP="0096565C" w:rsidRDefault="00B64F8E" w14:paraId="5A62582A" w14:textId="232860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2</w:t>
            </w:r>
          </w:p>
        </w:tc>
        <w:tc>
          <w:tcPr>
            <w:tcW w:w="2685" w:type="dxa"/>
            <w:vAlign w:val="center"/>
          </w:tcPr>
          <w:p w:rsidR="3D952BB8" w:rsidP="0096565C" w:rsidRDefault="006E630C" w14:paraId="5C602133" w14:textId="0F97F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630C">
              <w:rPr>
                <w:rFonts w:ascii="Arial" w:hAnsi="Arial" w:eastAsia="Arial" w:cs="Arial"/>
                <w:sz w:val="18"/>
                <w:szCs w:val="18"/>
              </w:rPr>
              <w:t>NURS743 Practicum</w:t>
            </w:r>
          </w:p>
        </w:tc>
        <w:tc>
          <w:tcPr>
            <w:tcW w:w="1011" w:type="dxa"/>
            <w:vAlign w:val="center"/>
          </w:tcPr>
          <w:p w:rsidR="505A99F4" w:rsidP="0096565C" w:rsidRDefault="006E630C" w14:paraId="345CB9BB" w14:textId="42FFA2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>2</w:t>
            </w:r>
          </w:p>
        </w:tc>
        <w:tc>
          <w:tcPr>
            <w:tcW w:w="2685" w:type="dxa"/>
            <w:vAlign w:val="center"/>
          </w:tcPr>
          <w:p w:rsidR="5687529D" w:rsidP="0096565C" w:rsidRDefault="5687529D" w14:paraId="4ACF1D6C" w14:textId="42964C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:rsidR="5687529D" w:rsidP="0096565C" w:rsidRDefault="5687529D" w14:paraId="62441623" w14:textId="7650C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0096565C" w14:paraId="3471FFC9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:rsidR="00784FC2" w:rsidP="0096565C" w:rsidRDefault="5687529D" w14:paraId="1BE0ACE1" w14:textId="28A200FC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Total</w:t>
            </w:r>
            <w:r w:rsidRPr="5687529D" w:rsidR="79A02AD2">
              <w:rPr>
                <w:rFonts w:ascii="Arial" w:hAnsi="Arial" w:eastAsia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:rsidR="00784FC2" w:rsidP="0096565C" w:rsidRDefault="79A02AD2" w14:paraId="23DE523C" w14:textId="5F021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685" w:type="dxa"/>
            <w:vAlign w:val="center"/>
          </w:tcPr>
          <w:p w:rsidR="00784FC2" w:rsidP="0096565C" w:rsidRDefault="5687529D" w14:paraId="7237498D" w14:textId="503064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4BFD0847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1011" w:type="dxa"/>
            <w:vAlign w:val="center"/>
          </w:tcPr>
          <w:p w:rsidR="00784FC2" w:rsidP="0096565C" w:rsidRDefault="7F26BFE8" w14:paraId="52E56223" w14:textId="640B2E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685" w:type="dxa"/>
            <w:vAlign w:val="center"/>
          </w:tcPr>
          <w:p w:rsidR="00784FC2" w:rsidP="0096565C" w:rsidRDefault="5687529D" w14:paraId="0D402491" w14:textId="2CCCB6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Total</w:t>
            </w:r>
            <w:r w:rsidRPr="5687529D" w:rsidR="1A086A07"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1011" w:type="dxa"/>
            <w:vAlign w:val="center"/>
          </w:tcPr>
          <w:p w:rsidR="00784FC2" w:rsidP="0096565C" w:rsidRDefault="00784FC2" w14:paraId="07547A01" w14:textId="4B4562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</w:tr>
    </w:tbl>
    <w:p w:rsidR="00784FC2" w:rsidP="5687529D" w:rsidRDefault="5687529D" w14:paraId="6DC11029" w14:textId="77777777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5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15"/>
        <w:gridCol w:w="981"/>
        <w:gridCol w:w="2655"/>
        <w:gridCol w:w="1041"/>
        <w:gridCol w:w="2640"/>
        <w:gridCol w:w="1056"/>
      </w:tblGrid>
      <w:tr w:rsidR="00784FC2" w:rsidTr="0096565C" w14:paraId="25935A1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vAlign w:val="center"/>
          </w:tcPr>
          <w:p w:rsidR="00784FC2" w:rsidP="0096565C" w:rsidRDefault="5687529D" w14:paraId="19BCA669" w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Fall 20__</w:t>
            </w:r>
          </w:p>
        </w:tc>
        <w:tc>
          <w:tcPr>
            <w:tcW w:w="981" w:type="dxa"/>
            <w:vAlign w:val="center"/>
          </w:tcPr>
          <w:p w:rsidR="00784FC2" w:rsidP="0096565C" w:rsidRDefault="5687529D" w14:paraId="1FC4C630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655" w:type="dxa"/>
            <w:vAlign w:val="center"/>
          </w:tcPr>
          <w:p w:rsidR="00784FC2" w:rsidP="0096565C" w:rsidRDefault="5687529D" w14:paraId="1E17089A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Spring 20__</w:t>
            </w:r>
          </w:p>
        </w:tc>
        <w:tc>
          <w:tcPr>
            <w:tcW w:w="1041" w:type="dxa"/>
            <w:vAlign w:val="center"/>
          </w:tcPr>
          <w:p w:rsidR="00784FC2" w:rsidP="0096565C" w:rsidRDefault="5687529D" w14:paraId="24F8393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  <w:tc>
          <w:tcPr>
            <w:tcW w:w="2640" w:type="dxa"/>
            <w:vAlign w:val="center"/>
          </w:tcPr>
          <w:p w:rsidR="00784FC2" w:rsidP="0096565C" w:rsidRDefault="5687529D" w14:paraId="10EF84B2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Summer 20__</w:t>
            </w:r>
          </w:p>
        </w:tc>
        <w:tc>
          <w:tcPr>
            <w:tcW w:w="1056" w:type="dxa"/>
            <w:vAlign w:val="center"/>
          </w:tcPr>
          <w:p w:rsidR="00784FC2" w:rsidP="0096565C" w:rsidRDefault="5687529D" w14:paraId="4073EFD7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Credits</w:t>
            </w:r>
          </w:p>
        </w:tc>
      </w:tr>
      <w:tr w:rsidR="00784FC2" w:rsidTr="0096565C" w14:paraId="07459315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vAlign w:val="center"/>
          </w:tcPr>
          <w:p w:rsidRPr="005D7FD1" w:rsidR="00784FC2" w:rsidP="00701875" w:rsidRDefault="00701875" w14:paraId="6537F28F" w14:textId="56E946BA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005D7FD1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NURS730 Project Evaluation</w:t>
            </w:r>
          </w:p>
        </w:tc>
        <w:tc>
          <w:tcPr>
            <w:tcW w:w="981" w:type="dxa"/>
            <w:vAlign w:val="center"/>
          </w:tcPr>
          <w:p w:rsidR="00784FC2" w:rsidP="0096565C" w:rsidRDefault="1B55DDC2" w14:paraId="6DFB9E20" w14:textId="75C0C6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3</w:t>
            </w:r>
          </w:p>
        </w:tc>
        <w:tc>
          <w:tcPr>
            <w:tcW w:w="2655" w:type="dxa"/>
            <w:vAlign w:val="center"/>
          </w:tcPr>
          <w:p w:rsidR="00784FC2" w:rsidP="0096565C" w:rsidRDefault="00784FC2" w14:paraId="70DF9E56" w14:textId="1E372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041" w:type="dxa"/>
            <w:vAlign w:val="center"/>
          </w:tcPr>
          <w:p w:rsidR="00784FC2" w:rsidP="0096565C" w:rsidRDefault="005D7FD1" w14:paraId="44E871BC" w14:textId="02539E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2640" w:type="dxa"/>
            <w:vAlign w:val="center"/>
          </w:tcPr>
          <w:p w:rsidR="00784FC2" w:rsidP="0096565C" w:rsidRDefault="00784FC2" w14:paraId="144A5D2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:rsidR="00784FC2" w:rsidP="0096565C" w:rsidRDefault="00784FC2" w14:paraId="738610EB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5687529D" w:rsidTr="0096565C" w14:paraId="3ADED650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vAlign w:val="center"/>
          </w:tcPr>
          <w:p w:rsidRPr="00746EFA" w:rsidR="1B55DDC2" w:rsidP="0096565C" w:rsidRDefault="1B55DDC2" w14:paraId="0FCD0E07" w14:textId="1401B59F">
            <w:pPr>
              <w:jc w:val="center"/>
              <w:rPr>
                <w:b w:val="0"/>
                <w:bCs w:val="0"/>
              </w:rPr>
            </w:pPr>
            <w:r w:rsidRPr="00746EFA"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  <w:t>NURS743 Practicum</w:t>
            </w:r>
          </w:p>
        </w:tc>
        <w:tc>
          <w:tcPr>
            <w:tcW w:w="981" w:type="dxa"/>
            <w:vAlign w:val="center"/>
          </w:tcPr>
          <w:p w:rsidR="1B55DDC2" w:rsidP="0096565C" w:rsidRDefault="1B55DDC2" w14:paraId="0A0B3F7D" w14:textId="7956BE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2</w:t>
            </w:r>
          </w:p>
        </w:tc>
        <w:tc>
          <w:tcPr>
            <w:tcW w:w="2655" w:type="dxa"/>
            <w:vAlign w:val="center"/>
          </w:tcPr>
          <w:p w:rsidR="1B55DDC2" w:rsidP="0096565C" w:rsidRDefault="005D7FD1" w14:paraId="4040013C" w14:textId="75D14C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</w:p>
        </w:tc>
        <w:tc>
          <w:tcPr>
            <w:tcW w:w="1041" w:type="dxa"/>
            <w:vAlign w:val="center"/>
          </w:tcPr>
          <w:p w:rsidR="1B55DDC2" w:rsidP="0096565C" w:rsidRDefault="1B55DDC2" w14:paraId="0B77E18E" w14:textId="0B081B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40" w:type="dxa"/>
            <w:vAlign w:val="center"/>
          </w:tcPr>
          <w:p w:rsidR="5687529D" w:rsidP="0096565C" w:rsidRDefault="5687529D" w14:paraId="2CCBAD41" w14:textId="6EFCC6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:rsidR="5687529D" w:rsidP="0096565C" w:rsidRDefault="5687529D" w14:paraId="664D3C11" w14:textId="065194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84FC2" w:rsidTr="0096565C" w14:paraId="59D8F6E7" w14:textId="7777777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vAlign w:val="center"/>
          </w:tcPr>
          <w:p w:rsidR="00784FC2" w:rsidP="0096565C" w:rsidRDefault="5687529D" w14:paraId="6FB74E35" w14:textId="184EF68B">
            <w:pPr>
              <w:jc w:val="center"/>
              <w:rPr>
                <w:rFonts w:ascii="Arial" w:hAnsi="Arial" w:eastAsia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sz w:val="18"/>
                <w:szCs w:val="18"/>
              </w:rPr>
              <w:t>Tota</w:t>
            </w:r>
            <w:r w:rsidRPr="5687529D" w:rsidR="290D17FE">
              <w:rPr>
                <w:rFonts w:ascii="Arial" w:hAnsi="Arial" w:eastAsia="Arial" w:cs="Arial"/>
                <w:sz w:val="18"/>
                <w:szCs w:val="18"/>
              </w:rPr>
              <w:t>l Credits</w:t>
            </w:r>
          </w:p>
        </w:tc>
        <w:tc>
          <w:tcPr>
            <w:tcW w:w="981" w:type="dxa"/>
            <w:vAlign w:val="center"/>
          </w:tcPr>
          <w:p w:rsidR="00784FC2" w:rsidP="0096565C" w:rsidRDefault="3D60A677" w14:paraId="637805D2" w14:textId="18D399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655" w:type="dxa"/>
            <w:vAlign w:val="center"/>
          </w:tcPr>
          <w:p w:rsidR="00784FC2" w:rsidP="0096565C" w:rsidRDefault="5687529D" w14:paraId="7C450976" w14:textId="0D34CF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</w:t>
            </w:r>
            <w:r w:rsidRPr="5687529D" w:rsidR="36F8C3A0">
              <w:rPr>
                <w:rFonts w:ascii="Arial" w:hAnsi="Arial" w:eastAsia="Arial" w:cs="Arial"/>
                <w:b/>
                <w:bCs/>
                <w:sz w:val="18"/>
                <w:szCs w:val="18"/>
              </w:rPr>
              <w:t>l Credits</w:t>
            </w:r>
          </w:p>
        </w:tc>
        <w:tc>
          <w:tcPr>
            <w:tcW w:w="1041" w:type="dxa"/>
            <w:vAlign w:val="center"/>
          </w:tcPr>
          <w:p w:rsidR="00784FC2" w:rsidP="0096565C" w:rsidRDefault="00784FC2" w14:paraId="463F29E8" w14:textId="12C72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40" w:type="dxa"/>
            <w:vAlign w:val="center"/>
          </w:tcPr>
          <w:p w:rsidR="00784FC2" w:rsidP="0096565C" w:rsidRDefault="5687529D" w14:paraId="143D8D60" w14:textId="3F48E6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hAnsi="Arial" w:eastAsia="Arial" w:cs="Arial"/>
                <w:b/>
                <w:bCs/>
                <w:sz w:val="18"/>
                <w:szCs w:val="18"/>
              </w:rPr>
              <w:t>Tota</w:t>
            </w:r>
            <w:r w:rsidRPr="5687529D" w:rsidR="4E4B2399">
              <w:rPr>
                <w:rFonts w:ascii="Arial" w:hAnsi="Arial" w:eastAsia="Arial" w:cs="Arial"/>
                <w:b/>
                <w:bCs/>
                <w:sz w:val="18"/>
                <w:szCs w:val="18"/>
              </w:rPr>
              <w:t>l Credits</w:t>
            </w:r>
          </w:p>
        </w:tc>
        <w:tc>
          <w:tcPr>
            <w:tcW w:w="1056" w:type="dxa"/>
            <w:vAlign w:val="center"/>
          </w:tcPr>
          <w:p w:rsidR="00784FC2" w:rsidP="0096565C" w:rsidRDefault="00784FC2" w14:paraId="3B7B4B86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:rsidR="006D5592" w:rsidP="5687529D" w:rsidRDefault="006D5592" w14:paraId="76AC7408" w14:textId="77777777">
      <w:pPr>
        <w:rPr>
          <w:rFonts w:ascii="Arial" w:hAnsi="Arial" w:eastAsia="Arial" w:cs="Arial"/>
          <w:b/>
          <w:bCs/>
          <w:sz w:val="20"/>
          <w:szCs w:val="20"/>
        </w:rPr>
      </w:pPr>
    </w:p>
    <w:p w:rsidR="5687529D" w:rsidP="5687529D" w:rsidRDefault="5687529D" w14:paraId="62386421" w14:textId="1C51F20F">
      <w:pPr>
        <w:rPr>
          <w:rFonts w:ascii="Arial" w:hAnsi="Arial" w:eastAsia="Arial" w:cs="Arial"/>
          <w:b/>
          <w:bCs/>
          <w:sz w:val="20"/>
          <w:szCs w:val="20"/>
        </w:rPr>
      </w:pPr>
    </w:p>
    <w:sectPr w:rsidR="5687529D" w:rsidSect="00034616">
      <w:footerReference w:type="default" r:id="rId8"/>
      <w:pgSz w:w="12240" w:h="15840" w:orient="portrait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21CD" w:rsidP="006D5592" w:rsidRDefault="002C21CD" w14:paraId="0EC8FF64" w14:textId="77777777">
      <w:pPr>
        <w:spacing w:after="0" w:line="240" w:lineRule="auto"/>
      </w:pPr>
      <w:r>
        <w:separator/>
      </w:r>
    </w:p>
  </w:endnote>
  <w:endnote w:type="continuationSeparator" w:id="0">
    <w:p w:rsidR="002C21CD" w:rsidP="006D5592" w:rsidRDefault="002C21CD" w14:paraId="4FDA6A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D5592" w:rsidR="006D5592" w:rsidP="006D5592" w:rsidRDefault="006D5592" w14:paraId="4BB3EC0A" w14:textId="2FD0ABC6">
    <w:pPr>
      <w:pStyle w:val="Footer"/>
      <w:rPr>
        <w:rFonts w:ascii="Arial" w:hAnsi="Arial" w:cs="Arial"/>
        <w:sz w:val="16"/>
        <w:szCs w:val="16"/>
      </w:rPr>
    </w:pPr>
    <w:r w:rsidRPr="001B2F9C">
      <w:rPr>
        <w:rFonts w:ascii="Arial" w:hAnsi="Arial" w:cs="Arial"/>
        <w:i/>
        <w:iCs/>
        <w:sz w:val="16"/>
        <w:szCs w:val="16"/>
      </w:rPr>
      <w:t>2-19-26 SL</w:t>
    </w:r>
    <w:r w:rsidRPr="001B2F9C">
      <w:rPr>
        <w:rFonts w:ascii="Arial" w:hAnsi="Arial" w:cs="Arial"/>
        <w:sz w:val="16"/>
        <w:szCs w:val="16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21CD" w:rsidP="006D5592" w:rsidRDefault="002C21CD" w14:paraId="676AE1E2" w14:textId="77777777">
      <w:pPr>
        <w:spacing w:after="0" w:line="240" w:lineRule="auto"/>
      </w:pPr>
      <w:r>
        <w:separator/>
      </w:r>
    </w:p>
  </w:footnote>
  <w:footnote w:type="continuationSeparator" w:id="0">
    <w:p w:rsidR="002C21CD" w:rsidP="006D5592" w:rsidRDefault="002C21CD" w14:paraId="664C5CD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827160569">
    <w:abstractNumId w:val="8"/>
  </w:num>
  <w:num w:numId="2" w16cid:durableId="456878478">
    <w:abstractNumId w:val="6"/>
  </w:num>
  <w:num w:numId="3" w16cid:durableId="1195508980">
    <w:abstractNumId w:val="5"/>
  </w:num>
  <w:num w:numId="4" w16cid:durableId="1914927270">
    <w:abstractNumId w:val="4"/>
  </w:num>
  <w:num w:numId="5" w16cid:durableId="846794855">
    <w:abstractNumId w:val="7"/>
  </w:num>
  <w:num w:numId="6" w16cid:durableId="1151097547">
    <w:abstractNumId w:val="3"/>
  </w:num>
  <w:num w:numId="7" w16cid:durableId="479617819">
    <w:abstractNumId w:val="2"/>
  </w:num>
  <w:num w:numId="8" w16cid:durableId="1958095351">
    <w:abstractNumId w:val="1"/>
  </w:num>
  <w:num w:numId="9" w16cid:durableId="142175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DDD"/>
    <w:rsid w:val="00034616"/>
    <w:rsid w:val="0006063C"/>
    <w:rsid w:val="00107C61"/>
    <w:rsid w:val="0015074B"/>
    <w:rsid w:val="00161E30"/>
    <w:rsid w:val="00237E17"/>
    <w:rsid w:val="0026056C"/>
    <w:rsid w:val="00264342"/>
    <w:rsid w:val="0029639D"/>
    <w:rsid w:val="002C21CD"/>
    <w:rsid w:val="002D69FC"/>
    <w:rsid w:val="00326F90"/>
    <w:rsid w:val="003847F4"/>
    <w:rsid w:val="00404D94"/>
    <w:rsid w:val="0044DA87"/>
    <w:rsid w:val="00521872"/>
    <w:rsid w:val="005C1EC9"/>
    <w:rsid w:val="005D7FD1"/>
    <w:rsid w:val="006C6002"/>
    <w:rsid w:val="006D5592"/>
    <w:rsid w:val="006E630C"/>
    <w:rsid w:val="00701875"/>
    <w:rsid w:val="00713D45"/>
    <w:rsid w:val="00746EFA"/>
    <w:rsid w:val="00750B77"/>
    <w:rsid w:val="00784FC2"/>
    <w:rsid w:val="00787327"/>
    <w:rsid w:val="00824715"/>
    <w:rsid w:val="00832C72"/>
    <w:rsid w:val="00860E3A"/>
    <w:rsid w:val="008A3CFF"/>
    <w:rsid w:val="008A491C"/>
    <w:rsid w:val="009277DD"/>
    <w:rsid w:val="0096565C"/>
    <w:rsid w:val="00A97808"/>
    <w:rsid w:val="00AA1D8D"/>
    <w:rsid w:val="00B3179C"/>
    <w:rsid w:val="00B34375"/>
    <w:rsid w:val="00B47730"/>
    <w:rsid w:val="00B64F8E"/>
    <w:rsid w:val="00BA1BC9"/>
    <w:rsid w:val="00C727D8"/>
    <w:rsid w:val="00CB0664"/>
    <w:rsid w:val="00CF55E3"/>
    <w:rsid w:val="00D16BBB"/>
    <w:rsid w:val="00D65541"/>
    <w:rsid w:val="00D733DF"/>
    <w:rsid w:val="00D922F3"/>
    <w:rsid w:val="00EB6C3C"/>
    <w:rsid w:val="00EE091C"/>
    <w:rsid w:val="00FC693F"/>
    <w:rsid w:val="0532F99D"/>
    <w:rsid w:val="0548C722"/>
    <w:rsid w:val="0584114B"/>
    <w:rsid w:val="05C0F013"/>
    <w:rsid w:val="0B5DB610"/>
    <w:rsid w:val="0B626452"/>
    <w:rsid w:val="0BD9999D"/>
    <w:rsid w:val="0BF0A8AB"/>
    <w:rsid w:val="1359912E"/>
    <w:rsid w:val="147E33FE"/>
    <w:rsid w:val="150CC98B"/>
    <w:rsid w:val="15A0DE61"/>
    <w:rsid w:val="172291C9"/>
    <w:rsid w:val="195A9704"/>
    <w:rsid w:val="197FECA5"/>
    <w:rsid w:val="1A086A07"/>
    <w:rsid w:val="1B55DDC2"/>
    <w:rsid w:val="1DAB02BB"/>
    <w:rsid w:val="20515CAD"/>
    <w:rsid w:val="22D8F9D0"/>
    <w:rsid w:val="238CCDD8"/>
    <w:rsid w:val="23CB6091"/>
    <w:rsid w:val="23CBEC76"/>
    <w:rsid w:val="2518CA5F"/>
    <w:rsid w:val="2576F0BA"/>
    <w:rsid w:val="25BFB545"/>
    <w:rsid w:val="264BBD83"/>
    <w:rsid w:val="2849C284"/>
    <w:rsid w:val="285D2ADF"/>
    <w:rsid w:val="287B00DD"/>
    <w:rsid w:val="28963678"/>
    <w:rsid w:val="290D17FE"/>
    <w:rsid w:val="2923A143"/>
    <w:rsid w:val="299C6A94"/>
    <w:rsid w:val="2C457998"/>
    <w:rsid w:val="2C82EED6"/>
    <w:rsid w:val="2DBB8E46"/>
    <w:rsid w:val="2E82548F"/>
    <w:rsid w:val="2F9BAF96"/>
    <w:rsid w:val="31579FDB"/>
    <w:rsid w:val="329D5EB2"/>
    <w:rsid w:val="34DEE95E"/>
    <w:rsid w:val="35256DDB"/>
    <w:rsid w:val="365D4211"/>
    <w:rsid w:val="3693C2CB"/>
    <w:rsid w:val="36F8C3A0"/>
    <w:rsid w:val="37B71EAC"/>
    <w:rsid w:val="382A0CB9"/>
    <w:rsid w:val="3859EDF6"/>
    <w:rsid w:val="3C4C0B9D"/>
    <w:rsid w:val="3C800705"/>
    <w:rsid w:val="3D60A677"/>
    <w:rsid w:val="3D952BB8"/>
    <w:rsid w:val="3E74F48C"/>
    <w:rsid w:val="3F00699A"/>
    <w:rsid w:val="3FFAE8D7"/>
    <w:rsid w:val="40766B9C"/>
    <w:rsid w:val="41536B48"/>
    <w:rsid w:val="420A5D5F"/>
    <w:rsid w:val="4310890E"/>
    <w:rsid w:val="43E51886"/>
    <w:rsid w:val="44127531"/>
    <w:rsid w:val="44AA44FB"/>
    <w:rsid w:val="453FA1F1"/>
    <w:rsid w:val="45843C10"/>
    <w:rsid w:val="47F0F9CD"/>
    <w:rsid w:val="47F2CF32"/>
    <w:rsid w:val="4927EC6E"/>
    <w:rsid w:val="4BFD0847"/>
    <w:rsid w:val="4CA72E8D"/>
    <w:rsid w:val="4CEFA38F"/>
    <w:rsid w:val="4D36C35B"/>
    <w:rsid w:val="4DC12EBC"/>
    <w:rsid w:val="4DD0E80C"/>
    <w:rsid w:val="4E4B2399"/>
    <w:rsid w:val="4E75A512"/>
    <w:rsid w:val="4EF54E80"/>
    <w:rsid w:val="505A99F4"/>
    <w:rsid w:val="52A931A8"/>
    <w:rsid w:val="52EE23A5"/>
    <w:rsid w:val="5405EE21"/>
    <w:rsid w:val="5686CE4A"/>
    <w:rsid w:val="5687529D"/>
    <w:rsid w:val="576C5C13"/>
    <w:rsid w:val="578B78F2"/>
    <w:rsid w:val="59E01842"/>
    <w:rsid w:val="5BB69409"/>
    <w:rsid w:val="6324E73E"/>
    <w:rsid w:val="6482F441"/>
    <w:rsid w:val="655C29A8"/>
    <w:rsid w:val="65ADF9C7"/>
    <w:rsid w:val="670B4B88"/>
    <w:rsid w:val="6725D173"/>
    <w:rsid w:val="677232E5"/>
    <w:rsid w:val="68775C1A"/>
    <w:rsid w:val="6955236E"/>
    <w:rsid w:val="6E70DE0B"/>
    <w:rsid w:val="6EEF46E3"/>
    <w:rsid w:val="74FC6F10"/>
    <w:rsid w:val="76B5A196"/>
    <w:rsid w:val="78181425"/>
    <w:rsid w:val="79A02AD2"/>
    <w:rsid w:val="7C2F6D09"/>
    <w:rsid w:val="7C7E6CCB"/>
    <w:rsid w:val="7CEE1D89"/>
    <w:rsid w:val="7EB2AA26"/>
    <w:rsid w:val="7F26B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DA99CCE-DA7F-4EA7-97C1-4119E5AE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1Light-Accent4">
    <w:name w:val="Grid Table 1 Light Accent 4"/>
    <w:basedOn w:val="TableNormal"/>
    <w:uiPriority w:val="46"/>
    <w:rsid w:val="002D69FC"/>
    <w:pPr>
      <w:spacing w:after="0" w:line="240" w:lineRule="auto"/>
    </w:pPr>
    <w:tblPr>
      <w:tblStyleRowBandSize w:val="1"/>
      <w:tblStyleColBandSize w:val="1"/>
      <w:tblBorders>
        <w:top w:val="single" w:color="CCC0D9" w:themeColor="accent4" w:themeTint="66" w:sz="4" w:space="0"/>
        <w:left w:val="single" w:color="CCC0D9" w:themeColor="accent4" w:themeTint="66" w:sz="4" w:space="0"/>
        <w:bottom w:val="single" w:color="CCC0D9" w:themeColor="accent4" w:themeTint="66" w:sz="4" w:space="0"/>
        <w:right w:val="single" w:color="CCC0D9" w:themeColor="accent4" w:themeTint="66" w:sz="4" w:space="0"/>
        <w:insideH w:val="single" w:color="CCC0D9" w:themeColor="accent4" w:themeTint="66" w:sz="4" w:space="0"/>
        <w:insideV w:val="single" w:color="CCC0D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B2A1C7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Brian Walk</dc:creator>
  <keywords/>
  <dc:description>generated by python-docx</dc:description>
  <lastModifiedBy>Sara Lyons</lastModifiedBy>
  <revision>29</revision>
  <dcterms:created xsi:type="dcterms:W3CDTF">2026-09-23T14:47:00.0000000Z</dcterms:created>
  <dcterms:modified xsi:type="dcterms:W3CDTF">2026-09-24T19:14:47.1066144Z</dcterms:modified>
  <category/>
</coreProperties>
</file>