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D322E" w:rsidR="00784FC2" w:rsidP="5687529D" w:rsidRDefault="5687529D" w14:paraId="3B017374" w14:textId="77777777">
      <w:pPr>
        <w:pStyle w:val="Heading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AD322E">
        <w:rPr>
          <w:rFonts w:ascii="Arial" w:hAnsi="Arial" w:cs="Arial"/>
          <w:color w:val="auto"/>
          <w:sz w:val="24"/>
          <w:szCs w:val="24"/>
        </w:rPr>
        <w:t>Northern Illinois University</w:t>
      </w:r>
    </w:p>
    <w:p w:rsidRPr="00AD322E" w:rsidR="00784FC2" w:rsidP="5687529D" w:rsidRDefault="5687529D" w14:paraId="5FACCB65" w14:textId="16511071">
      <w:pPr>
        <w:pStyle w:val="Heading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D322E">
        <w:rPr>
          <w:rFonts w:ascii="Arial" w:hAnsi="Arial" w:cs="Arial"/>
          <w:color w:val="auto"/>
          <w:sz w:val="22"/>
          <w:szCs w:val="22"/>
        </w:rPr>
        <w:t xml:space="preserve">School </w:t>
      </w:r>
      <w:r w:rsidRPr="00AD322E" w:rsidR="004C1AFC">
        <w:rPr>
          <w:rFonts w:ascii="Arial" w:hAnsi="Arial" w:cs="Arial"/>
          <w:color w:val="auto"/>
          <w:sz w:val="22"/>
          <w:szCs w:val="22"/>
        </w:rPr>
        <w:t>of Nursing</w:t>
      </w:r>
    </w:p>
    <w:p w:rsidRPr="00AD322E" w:rsidR="00784FC2" w:rsidP="5687529D" w:rsidRDefault="00794C89" w14:paraId="2AE04019" w14:textId="3B709705">
      <w:pPr>
        <w:pStyle w:val="Heading3"/>
        <w:spacing w:before="0" w:after="120" w:line="240" w:lineRule="auto"/>
        <w:jc w:val="center"/>
        <w:rPr>
          <w:rFonts w:ascii="Arial" w:hAnsi="Arial" w:cs="Arial"/>
          <w:color w:val="C00000"/>
        </w:rPr>
      </w:pPr>
      <w:r>
        <w:rPr>
          <w:rFonts w:ascii="Arial" w:hAnsi="Arial" w:cs="Arial"/>
          <w:color w:val="C00000"/>
        </w:rPr>
        <w:t xml:space="preserve">Plan of Study: </w:t>
      </w:r>
      <w:r w:rsidRPr="00AD322E" w:rsidR="004C1AFC">
        <w:rPr>
          <w:rFonts w:ascii="Arial" w:hAnsi="Arial" w:cs="Arial"/>
          <w:color w:val="C00000"/>
        </w:rPr>
        <w:t xml:space="preserve">BS-DNP FNP </w:t>
      </w:r>
      <w:r>
        <w:rPr>
          <w:rFonts w:ascii="Arial" w:hAnsi="Arial" w:cs="Arial"/>
          <w:color w:val="C00000"/>
        </w:rPr>
        <w:t>S</w:t>
      </w:r>
      <w:r w:rsidRPr="00AD322E" w:rsidR="004C1AFC">
        <w:rPr>
          <w:rFonts w:ascii="Arial" w:hAnsi="Arial" w:cs="Arial"/>
          <w:color w:val="C00000"/>
        </w:rPr>
        <w:t>pecialization</w:t>
      </w:r>
      <w:r>
        <w:rPr>
          <w:rFonts w:ascii="Arial" w:hAnsi="Arial" w:cs="Arial"/>
          <w:color w:val="C00000"/>
        </w:rPr>
        <w:t xml:space="preserve"> (</w:t>
      </w:r>
      <w:r w:rsidRPr="00AD322E" w:rsidR="004C1AFC">
        <w:rPr>
          <w:rFonts w:ascii="Arial" w:hAnsi="Arial" w:cs="Arial"/>
          <w:color w:val="C00000"/>
        </w:rPr>
        <w:t>Part-</w:t>
      </w:r>
      <w:r>
        <w:rPr>
          <w:rFonts w:ascii="Arial" w:hAnsi="Arial" w:cs="Arial"/>
          <w:color w:val="C00000"/>
        </w:rPr>
        <w:t>T</w:t>
      </w:r>
      <w:r w:rsidRPr="00AD322E" w:rsidR="004C1AFC">
        <w:rPr>
          <w:rFonts w:ascii="Arial" w:hAnsi="Arial" w:cs="Arial"/>
          <w:color w:val="C00000"/>
        </w:rPr>
        <w:t>ime</w:t>
      </w:r>
      <w:r>
        <w:rPr>
          <w:rFonts w:ascii="Arial" w:hAnsi="Arial" w:cs="Arial"/>
          <w:color w:val="C00000"/>
        </w:rPr>
        <w:t>)</w:t>
      </w:r>
    </w:p>
    <w:p w:rsidR="00784FC2" w:rsidP="5687529D" w:rsidRDefault="00E66495" w14:paraId="4C0B88E3" w14:textId="71479D32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</w:t>
      </w:r>
    </w:p>
    <w:p w:rsidR="00784FC2" w:rsidP="5687529D" w:rsidRDefault="5687529D" w14:paraId="308D9A6C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1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90"/>
        <w:gridCol w:w="906"/>
        <w:gridCol w:w="2790"/>
        <w:gridCol w:w="906"/>
      </w:tblGrid>
      <w:tr w:rsidR="00784FC2" w:rsidTr="000278E8" w14:paraId="07C190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0278E8" w:rsidRDefault="5687529D" w14:paraId="4EA38C1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:rsidR="00784FC2" w:rsidP="000278E8" w:rsidRDefault="5687529D" w14:paraId="62A8F16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:rsidR="00784FC2" w:rsidP="000278E8" w:rsidRDefault="5687529D" w14:paraId="6DF95D13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906" w:type="dxa"/>
            <w:vAlign w:val="center"/>
          </w:tcPr>
          <w:p w:rsidR="00784FC2" w:rsidP="000278E8" w:rsidRDefault="5687529D" w14:paraId="7173E4B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:rsidR="00784FC2" w:rsidP="000278E8" w:rsidRDefault="5687529D" w14:paraId="40A3291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906" w:type="dxa"/>
            <w:vAlign w:val="center"/>
          </w:tcPr>
          <w:p w:rsidR="00784FC2" w:rsidP="000278E8" w:rsidRDefault="5687529D" w14:paraId="24735EF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00278E8" w14:paraId="672A665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0278E8" w:rsidR="00784FC2" w:rsidP="000278E8" w:rsidRDefault="15A0DE61" w14:paraId="0A37501D" w14:textId="176F7D19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NURS601 MS level practice</w:t>
            </w:r>
          </w:p>
        </w:tc>
        <w:tc>
          <w:tcPr>
            <w:tcW w:w="951" w:type="dxa"/>
            <w:vAlign w:val="center"/>
          </w:tcPr>
          <w:p w:rsidR="00784FC2" w:rsidP="000278E8" w:rsidRDefault="15A0DE61" w14:paraId="5DAB6C7B" w14:textId="6CC69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="00784FC2" w:rsidP="000278E8" w:rsidRDefault="15A0DE61" w14:paraId="02EB378F" w14:textId="41AD3A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NURS602 Patho</w:t>
            </w:r>
          </w:p>
        </w:tc>
        <w:tc>
          <w:tcPr>
            <w:tcW w:w="906" w:type="dxa"/>
            <w:vAlign w:val="center"/>
          </w:tcPr>
          <w:p w:rsidR="00784FC2" w:rsidP="000278E8" w:rsidRDefault="15A0DE61" w14:paraId="6A05A809" w14:textId="60E28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="00784FC2" w:rsidP="000278E8" w:rsidRDefault="6EEF46E3" w14:paraId="5A39BBE3" w14:textId="3427CB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NURS701 Leadership</w:t>
            </w:r>
          </w:p>
        </w:tc>
        <w:tc>
          <w:tcPr>
            <w:tcW w:w="906" w:type="dxa"/>
            <w:vAlign w:val="center"/>
          </w:tcPr>
          <w:p w:rsidR="00784FC2" w:rsidP="000278E8" w:rsidRDefault="6EEF46E3" w14:paraId="41C8F396" w14:textId="61369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</w:tr>
      <w:tr w:rsidR="5687529D" w:rsidTr="000278E8" w14:paraId="25323AD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0278E8" w:rsidR="15A0DE61" w:rsidP="000278E8" w:rsidRDefault="15A0DE61" w14:paraId="2D7910B5" w14:textId="240D438C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NURS707 Quality &amp; Safety</w:t>
            </w:r>
          </w:p>
        </w:tc>
        <w:tc>
          <w:tcPr>
            <w:tcW w:w="951" w:type="dxa"/>
            <w:vAlign w:val="center"/>
          </w:tcPr>
          <w:p w:rsidR="15A0DE61" w:rsidP="000278E8" w:rsidRDefault="15A0DE61" w14:paraId="3F757829" w14:textId="7C553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="15A0DE61" w:rsidP="000278E8" w:rsidRDefault="15A0DE61" w14:paraId="703F05E8" w14:textId="2446DD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Stats ETR521 or PHHE605</w:t>
            </w:r>
          </w:p>
        </w:tc>
        <w:tc>
          <w:tcPr>
            <w:tcW w:w="906" w:type="dxa"/>
            <w:vAlign w:val="center"/>
          </w:tcPr>
          <w:p w:rsidR="15A0DE61" w:rsidP="000278E8" w:rsidRDefault="15A0DE61" w14:paraId="4B7042E7" w14:textId="1F435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:rsidR="5687529D" w:rsidP="000278E8" w:rsidRDefault="5687529D" w14:paraId="58D5C5D7" w14:textId="3387A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Align w:val="center"/>
          </w:tcPr>
          <w:p w:rsidR="5687529D" w:rsidP="000278E8" w:rsidRDefault="5687529D" w14:paraId="4EF1D75A" w14:textId="7D3EB7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0278E8" w14:paraId="44B45B1B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0278E8" w:rsidRDefault="5687529D" w14:paraId="46FE0C09" w14:textId="45A6FED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299C6A94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0278E8" w:rsidRDefault="299C6A94" w14:paraId="72A3D3EC" w14:textId="013C2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:rsidR="00784FC2" w:rsidP="000278E8" w:rsidRDefault="5687529D" w14:paraId="51E8FDB7" w14:textId="4F19B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7C7E6CCB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:rsidR="00784FC2" w:rsidP="000278E8" w:rsidRDefault="3C4C0B9D" w14:paraId="0D0B940D" w14:textId="746C0C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:rsidR="00784FC2" w:rsidP="000278E8" w:rsidRDefault="5687529D" w14:paraId="4B4370B4" w14:textId="71A1B1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5BB69409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:rsidR="00784FC2" w:rsidP="000278E8" w:rsidRDefault="52A931A8" w14:paraId="0E27B00A" w14:textId="64A5C1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:rsidR="007F540C" w:rsidP="007F540C" w:rsidRDefault="007F540C" w14:paraId="095F53D7" w14:textId="602289A9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2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75"/>
        <w:gridCol w:w="921"/>
        <w:gridCol w:w="2745"/>
        <w:gridCol w:w="951"/>
      </w:tblGrid>
      <w:tr w:rsidR="00784FC2" w:rsidTr="000278E8" w14:paraId="728116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0278E8" w:rsidRDefault="5687529D" w14:paraId="6AAA2706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:rsidR="00784FC2" w:rsidP="000278E8" w:rsidRDefault="5687529D" w14:paraId="674F9DC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75" w:type="dxa"/>
            <w:vAlign w:val="center"/>
          </w:tcPr>
          <w:p w:rsidR="00784FC2" w:rsidP="000278E8" w:rsidRDefault="5687529D" w14:paraId="5D71AD6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921" w:type="dxa"/>
            <w:vAlign w:val="center"/>
          </w:tcPr>
          <w:p w:rsidR="00784FC2" w:rsidP="000278E8" w:rsidRDefault="5687529D" w14:paraId="1B7DB31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45" w:type="dxa"/>
            <w:vAlign w:val="center"/>
          </w:tcPr>
          <w:p w:rsidR="00784FC2" w:rsidP="000278E8" w:rsidRDefault="5687529D" w14:paraId="6941280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951" w:type="dxa"/>
            <w:vAlign w:val="center"/>
          </w:tcPr>
          <w:p w:rsidR="00784FC2" w:rsidP="000278E8" w:rsidRDefault="5687529D" w14:paraId="061ADB5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00278E8" w14:paraId="44EAFD9C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0278E8" w:rsidR="00784FC2" w:rsidP="000278E8" w:rsidRDefault="4E75A512" w14:paraId="4B94D5A5" w14:textId="546B695F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NURS606 Physical Assess</w:t>
            </w:r>
          </w:p>
        </w:tc>
        <w:tc>
          <w:tcPr>
            <w:tcW w:w="951" w:type="dxa"/>
            <w:vAlign w:val="center"/>
          </w:tcPr>
          <w:p w:rsidR="00784FC2" w:rsidP="000278E8" w:rsidRDefault="4E75A512" w14:paraId="3DEEC669" w14:textId="5249B7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tcW w:w="2775" w:type="dxa"/>
            <w:vAlign w:val="center"/>
          </w:tcPr>
          <w:p w:rsidR="00784FC2" w:rsidP="000278E8" w:rsidRDefault="0584114B" w14:paraId="3656B9AB" w14:textId="0314E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NURS605 Pharm</w:t>
            </w:r>
          </w:p>
        </w:tc>
        <w:tc>
          <w:tcPr>
            <w:tcW w:w="921" w:type="dxa"/>
            <w:vAlign w:val="center"/>
          </w:tcPr>
          <w:p w:rsidR="00784FC2" w:rsidP="000278E8" w:rsidRDefault="05C0F013" w14:paraId="45FB0818" w14:textId="4108B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:rsidR="00784FC2" w:rsidP="000278E8" w:rsidRDefault="05C0F013" w14:paraId="049F31CB" w14:textId="786251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NURS704 Population Health</w:t>
            </w:r>
          </w:p>
        </w:tc>
        <w:tc>
          <w:tcPr>
            <w:tcW w:w="951" w:type="dxa"/>
            <w:vAlign w:val="center"/>
          </w:tcPr>
          <w:p w:rsidR="00784FC2" w:rsidP="000278E8" w:rsidRDefault="2E82548F" w14:paraId="53128261" w14:textId="6E1FF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</w:tr>
      <w:tr w:rsidR="5687529D" w:rsidTr="000278E8" w14:paraId="0E85048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0278E8" w:rsidR="4E75A512" w:rsidP="000278E8" w:rsidRDefault="4E75A512" w14:paraId="036E8579" w14:textId="34D25C5C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NURS607 PA Lab</w:t>
            </w:r>
          </w:p>
        </w:tc>
        <w:tc>
          <w:tcPr>
            <w:tcW w:w="951" w:type="dxa"/>
            <w:vAlign w:val="center"/>
          </w:tcPr>
          <w:p w:rsidR="4E75A512" w:rsidP="000278E8" w:rsidRDefault="4E75A512" w14:paraId="69F24EA6" w14:textId="321F35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1</w:t>
            </w:r>
          </w:p>
        </w:tc>
        <w:tc>
          <w:tcPr>
            <w:tcW w:w="2775" w:type="dxa"/>
            <w:vAlign w:val="center"/>
          </w:tcPr>
          <w:p w:rsidR="22D8F9D0" w:rsidP="000278E8" w:rsidRDefault="22D8F9D0" w14:paraId="64B23350" w14:textId="15963B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NURS604 EBP</w:t>
            </w:r>
          </w:p>
        </w:tc>
        <w:tc>
          <w:tcPr>
            <w:tcW w:w="921" w:type="dxa"/>
            <w:vAlign w:val="center"/>
          </w:tcPr>
          <w:p w:rsidR="6955236E" w:rsidP="000278E8" w:rsidRDefault="6955236E" w14:paraId="0A52A838" w14:textId="5C918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:rsidR="5687529D" w:rsidP="000278E8" w:rsidRDefault="5687529D" w14:paraId="684DD084" w14:textId="73212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5687529D" w:rsidP="000278E8" w:rsidRDefault="5687529D" w14:paraId="72AA11B4" w14:textId="799436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5687529D" w:rsidTr="000278E8" w14:paraId="4EA81BD5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0278E8" w:rsidR="4E75A512" w:rsidP="000278E8" w:rsidRDefault="4E75A512" w14:paraId="5B5D11CA" w14:textId="304B7DF9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NURS608 DX Reasoning</w:t>
            </w:r>
          </w:p>
        </w:tc>
        <w:tc>
          <w:tcPr>
            <w:tcW w:w="951" w:type="dxa"/>
            <w:vAlign w:val="center"/>
          </w:tcPr>
          <w:p w:rsidR="4E75A512" w:rsidP="000278E8" w:rsidRDefault="4E75A512" w14:paraId="7F79059E" w14:textId="001F7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:rsidR="5687529D" w:rsidP="000278E8" w:rsidRDefault="5687529D" w14:paraId="44FF25C0" w14:textId="39926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:rsidR="5687529D" w:rsidP="000278E8" w:rsidRDefault="5687529D" w14:paraId="3B6D97E3" w14:textId="1F75AA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745" w:type="dxa"/>
            <w:vAlign w:val="center"/>
          </w:tcPr>
          <w:p w:rsidR="5687529D" w:rsidP="000278E8" w:rsidRDefault="5687529D" w14:paraId="58A2C2ED" w14:textId="1CADCA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5687529D" w:rsidP="000278E8" w:rsidRDefault="5687529D" w14:paraId="4A8EE2C4" w14:textId="3359BD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0278E8" w14:paraId="5870EB0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0278E8" w:rsidRDefault="5687529D" w14:paraId="2B9D4B37" w14:textId="470B3B76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C2F6D09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0278E8" w:rsidRDefault="7C2F6D09" w14:paraId="62486C05" w14:textId="59874F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75" w:type="dxa"/>
            <w:vAlign w:val="center"/>
          </w:tcPr>
          <w:p w:rsidR="00784FC2" w:rsidP="000278E8" w:rsidRDefault="5687529D" w14:paraId="645114B6" w14:textId="4F833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927EC6E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21" w:type="dxa"/>
            <w:vAlign w:val="center"/>
          </w:tcPr>
          <w:p w:rsidR="00784FC2" w:rsidP="000278E8" w:rsidRDefault="4EF54E80" w14:paraId="4101652C" w14:textId="7A4B3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45" w:type="dxa"/>
            <w:vAlign w:val="center"/>
          </w:tcPr>
          <w:p w:rsidR="00784FC2" w:rsidP="000278E8" w:rsidRDefault="5687529D" w14:paraId="0E746F62" w14:textId="48018C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20A5D5F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0278E8" w:rsidRDefault="197FECA5" w14:paraId="4B99056E" w14:textId="13E845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:rsidR="00784FC2" w:rsidP="5687529D" w:rsidRDefault="5687529D" w14:paraId="6F1DDFF8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3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784FC2" w:rsidTr="72E82ECF" w14:paraId="527FB61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0278E8" w:rsidRDefault="5687529D" w14:paraId="2D9811D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0278E8" w:rsidRDefault="5687529D" w14:paraId="66FDBE5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784FC2" w:rsidP="000278E8" w:rsidRDefault="5687529D" w14:paraId="24BC8FC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784FC2" w:rsidP="000278E8" w:rsidRDefault="5687529D" w14:paraId="335CE1D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784FC2" w:rsidP="000278E8" w:rsidRDefault="5687529D" w14:paraId="2F81187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784FC2" w:rsidP="000278E8" w:rsidRDefault="5687529D" w14:paraId="172A3484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72E82ECF" w14:paraId="4DDBEF00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0278E8" w:rsidR="00784FC2" w:rsidP="000278E8" w:rsidRDefault="25BFB545" w14:paraId="3461D779" w14:textId="02CCCFED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NURS652 Adult Health 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0278E8" w:rsidRDefault="25BFB545" w14:paraId="3CF2D8B6" w14:textId="11F73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784FC2" w:rsidP="000278E8" w:rsidRDefault="25BFB545" w14:paraId="0FB78278" w14:textId="1157C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 655 Adult Health II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784FC2" w:rsidP="000278E8" w:rsidRDefault="25BFB545" w14:paraId="1FC39945" w14:textId="71785A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784FC2" w:rsidP="72E82ECF" w:rsidRDefault="25BFB545" w14:paraId="0562CB0E" w14:textId="776B61D3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72E82ECF" w:rsidR="37B8801B">
              <w:rPr>
                <w:rFonts w:ascii="Arial" w:hAnsi="Arial" w:eastAsia="Arial" w:cs="Arial"/>
                <w:sz w:val="18"/>
                <w:szCs w:val="18"/>
              </w:rPr>
              <w:t>*</w:t>
            </w:r>
            <w:r w:rsidRPr="72E82ECF" w:rsidR="368A67BA">
              <w:rPr>
                <w:rFonts w:ascii="Arial" w:hAnsi="Arial" w:eastAsia="Arial" w:cs="Arial"/>
                <w:sz w:val="18"/>
                <w:szCs w:val="18"/>
              </w:rPr>
              <w:t>NURS 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784FC2" w:rsidP="000278E8" w:rsidRDefault="25BFB545" w14:paraId="34CE0A41" w14:textId="164EE7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</w:tr>
      <w:tr w:rsidR="5687529D" w:rsidTr="72E82ECF" w14:paraId="7A260E58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0278E8" w:rsidR="25BFB545" w:rsidP="000278E8" w:rsidRDefault="25BFB545" w14:paraId="5B0F2D36" w14:textId="65CD3C99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NURS700 Intro to DNP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25BFB545" w:rsidP="000278E8" w:rsidRDefault="25BFB545" w14:paraId="532BD030" w14:textId="32C1F4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25BFB545" w:rsidP="72E82ECF" w:rsidRDefault="25BFB545" w14:paraId="73FAF102" w14:textId="03F903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72E82ECF" w:rsidR="403CAD2C">
              <w:rPr>
                <w:rFonts w:ascii="Arial" w:hAnsi="Arial" w:eastAsia="Arial" w:cs="Arial"/>
                <w:sz w:val="18"/>
                <w:szCs w:val="18"/>
              </w:rPr>
              <w:t>*</w:t>
            </w:r>
            <w:r w:rsidRPr="72E82ECF" w:rsidR="368A67BA">
              <w:rPr>
                <w:rFonts w:ascii="Arial" w:hAnsi="Arial" w:eastAsia="Arial" w:cs="Arial"/>
                <w:sz w:val="18"/>
                <w:szCs w:val="18"/>
              </w:rPr>
              <w:t>NURS 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25BFB545" w:rsidP="000278E8" w:rsidRDefault="25BFB545" w14:paraId="7D2E2151" w14:textId="0BF8C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5687529D" w:rsidP="000278E8" w:rsidRDefault="5687529D" w14:paraId="0F53FDAA" w14:textId="335F1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5687529D" w:rsidP="000278E8" w:rsidRDefault="5687529D" w14:paraId="05E3D45C" w14:textId="675FC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72E82ECF" w14:paraId="40B278BB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0278E8" w:rsidRDefault="5687529D" w14:paraId="44727373" w14:textId="3A704C94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CEE1D89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0278E8" w:rsidRDefault="2849C284" w14:paraId="62EBF3C5" w14:textId="481B1B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/>
            <w:vAlign w:val="center"/>
          </w:tcPr>
          <w:p w:rsidR="00784FC2" w:rsidP="000278E8" w:rsidRDefault="5687529D" w14:paraId="67183AB2" w14:textId="67C2B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23CBEC76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6" w:type="dxa"/>
            <w:tcMar/>
            <w:vAlign w:val="center"/>
          </w:tcPr>
          <w:p w:rsidR="00784FC2" w:rsidP="000278E8" w:rsidRDefault="44127531" w14:paraId="6D98A12B" w14:textId="712A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5-7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00" w:type="dxa"/>
            <w:tcMar/>
            <w:vAlign w:val="center"/>
          </w:tcPr>
          <w:p w:rsidR="00784FC2" w:rsidP="000278E8" w:rsidRDefault="5687529D" w14:paraId="6BF62037" w14:textId="58320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23CB6091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6" w:type="dxa"/>
            <w:tcMar/>
            <w:vAlign w:val="center"/>
          </w:tcPr>
          <w:p w:rsidR="00784FC2" w:rsidP="000278E8" w:rsidRDefault="150CC98B" w14:paraId="2946DB82" w14:textId="6E58B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2-4</w:t>
            </w:r>
          </w:p>
        </w:tc>
      </w:tr>
    </w:tbl>
    <w:p w:rsidR="00784FC2" w:rsidP="5687529D" w:rsidRDefault="5687529D" w14:paraId="541D9EFC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4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685"/>
        <w:gridCol w:w="1011"/>
        <w:gridCol w:w="2685"/>
        <w:gridCol w:w="1011"/>
      </w:tblGrid>
      <w:tr w:rsidR="00784FC2" w:rsidTr="72E82ECF" w14:paraId="5E4B172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0278E8" w:rsidRDefault="5687529D" w14:paraId="574DEABB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0278E8" w:rsidRDefault="5687529D" w14:paraId="05FD621B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00784FC2" w:rsidP="000278E8" w:rsidRDefault="5687529D" w14:paraId="5750F0A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00784FC2" w:rsidP="000278E8" w:rsidRDefault="5687529D" w14:paraId="49AED6A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00784FC2" w:rsidP="000278E8" w:rsidRDefault="5687529D" w14:paraId="01095ABF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00784FC2" w:rsidP="000278E8" w:rsidRDefault="5687529D" w14:paraId="10208EC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72E82ECF" w14:paraId="110FFD37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0278E8" w:rsidR="00784FC2" w:rsidP="000278E8" w:rsidRDefault="670B4B88" w14:paraId="6B699379" w14:textId="60646648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NURS651 Primary Care of Infant, Child, &amp; Adolescent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0278E8" w:rsidRDefault="670B4B88" w14:paraId="3FE9F23F" w14:textId="2113D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00784FC2" w:rsidP="72E82ECF" w:rsidRDefault="2518CA5F" w14:paraId="1F72F646" w14:textId="4E79EAD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72E82ECF" w:rsidR="356AED16">
              <w:rPr>
                <w:rFonts w:ascii="Arial" w:hAnsi="Arial" w:eastAsia="Arial" w:cs="Arial"/>
                <w:sz w:val="18"/>
                <w:szCs w:val="18"/>
              </w:rPr>
              <w:t>*</w:t>
            </w:r>
            <w:r w:rsidRPr="72E82ECF" w:rsidR="33F59387">
              <w:rPr>
                <w:rFonts w:ascii="Arial" w:hAnsi="Arial" w:eastAsia="Arial" w:cs="Arial"/>
                <w:sz w:val="18"/>
                <w:szCs w:val="18"/>
              </w:rPr>
              <w:t>NURS 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00784FC2" w:rsidP="000278E8" w:rsidRDefault="3C800705" w14:paraId="08CE6F91" w14:textId="4C197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</w:t>
            </w:r>
            <w:r w:rsidRPr="5687529D" w:rsidR="0B5DB610">
              <w:rPr>
                <w:rFonts w:ascii="Arial" w:hAnsi="Arial" w:eastAsia="Arial" w:cs="Arial"/>
                <w:sz w:val="18"/>
                <w:szCs w:val="18"/>
              </w:rPr>
              <w:t>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00784FC2" w:rsidP="72E82ECF" w:rsidRDefault="0044DA87" w14:paraId="61CDCEAD" w14:textId="0C02C8CB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72E82ECF" w:rsidR="6C8FA28A">
              <w:rPr>
                <w:rFonts w:ascii="Arial" w:hAnsi="Arial" w:eastAsia="Arial" w:cs="Arial"/>
                <w:sz w:val="18"/>
                <w:szCs w:val="18"/>
              </w:rPr>
              <w:t>*</w:t>
            </w:r>
            <w:r w:rsidRPr="72E82ECF" w:rsidR="4563B5E7">
              <w:rPr>
                <w:rFonts w:ascii="Arial" w:hAnsi="Arial" w:eastAsia="Arial" w:cs="Arial"/>
                <w:sz w:val="18"/>
                <w:szCs w:val="18"/>
              </w:rPr>
              <w:t>NURS 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00784FC2" w:rsidP="000278E8" w:rsidRDefault="0044DA87" w14:paraId="6BB9E253" w14:textId="6B445E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</w:tr>
      <w:tr w:rsidR="5687529D" w:rsidTr="72E82ECF" w14:paraId="4E899D7E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0278E8" w:rsidR="670B4B88" w:rsidP="72E82ECF" w:rsidRDefault="670B4B88" w14:paraId="162F5E0B" w14:textId="2B3EF5B0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72E82ECF" w:rsidR="058993B1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*</w:t>
            </w:r>
            <w:r w:rsidRPr="72E82ECF" w:rsidR="3F416AD2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 673 FNP internship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670B4B88" w:rsidP="000278E8" w:rsidRDefault="670B4B88" w14:paraId="5A62582A" w14:textId="6B73C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3D952BB8" w:rsidP="000278E8" w:rsidRDefault="3D952BB8" w14:paraId="5C602133" w14:textId="03F153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NURS702</w:t>
            </w: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</w:t>
            </w:r>
            <w:r w:rsidRPr="5687529D">
              <w:rPr>
                <w:rFonts w:ascii="Arial" w:hAnsi="Arial" w:eastAsia="Arial" w:cs="Arial"/>
                <w:sz w:val="18"/>
                <w:szCs w:val="18"/>
              </w:rPr>
              <w:t>DNP research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505A99F4" w:rsidP="000278E8" w:rsidRDefault="505A99F4" w14:paraId="345CB9BB" w14:textId="3CA29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5687529D" w:rsidP="000278E8" w:rsidRDefault="5687529D" w14:paraId="4ACF1D6C" w14:textId="42964C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5687529D" w:rsidP="000278E8" w:rsidRDefault="5687529D" w14:paraId="62441623" w14:textId="7650C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72E82ECF" w14:paraId="3471FFC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0278E8" w:rsidRDefault="5687529D" w14:paraId="1BE0ACE1" w14:textId="28A200FC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9A02AD2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0278E8" w:rsidRDefault="79A02AD2" w14:paraId="23DE523C" w14:textId="358633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5-7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00784FC2" w:rsidP="000278E8" w:rsidRDefault="5687529D" w14:paraId="7237498D" w14:textId="50306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BFD0847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00784FC2" w:rsidP="000278E8" w:rsidRDefault="7F26BFE8" w14:paraId="52E56223" w14:textId="2F194F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5-7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85" w:type="dxa"/>
            <w:tcMar/>
            <w:vAlign w:val="center"/>
          </w:tcPr>
          <w:p w:rsidR="00784FC2" w:rsidP="000278E8" w:rsidRDefault="5687529D" w14:paraId="0D402491" w14:textId="2CCCB6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1A086A07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11" w:type="dxa"/>
            <w:tcMar/>
            <w:vAlign w:val="center"/>
          </w:tcPr>
          <w:p w:rsidR="00784FC2" w:rsidP="000278E8" w:rsidRDefault="195A9704" w14:paraId="07547A01" w14:textId="4A87F9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2-4</w:t>
            </w:r>
          </w:p>
        </w:tc>
      </w:tr>
    </w:tbl>
    <w:p w:rsidR="00784FC2" w:rsidP="5687529D" w:rsidRDefault="5687529D" w14:paraId="6DC11029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5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15"/>
        <w:gridCol w:w="981"/>
        <w:gridCol w:w="2655"/>
        <w:gridCol w:w="1041"/>
        <w:gridCol w:w="2640"/>
        <w:gridCol w:w="1056"/>
      </w:tblGrid>
      <w:tr w:rsidR="00784FC2" w:rsidTr="180A23C4" w14:paraId="25935A1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="00784FC2" w:rsidP="000278E8" w:rsidRDefault="5687529D" w14:paraId="19BCA669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00784FC2" w:rsidP="000278E8" w:rsidRDefault="5687529D" w14:paraId="1FC4C63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  <w:vAlign w:val="center"/>
          </w:tcPr>
          <w:p w:rsidR="00784FC2" w:rsidP="000278E8" w:rsidRDefault="5687529D" w14:paraId="1E17089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1" w:type="dxa"/>
            <w:tcMar/>
            <w:vAlign w:val="center"/>
          </w:tcPr>
          <w:p w:rsidR="00784FC2" w:rsidP="000278E8" w:rsidRDefault="5687529D" w14:paraId="24F8393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  <w:vAlign w:val="center"/>
          </w:tcPr>
          <w:p w:rsidR="00784FC2" w:rsidP="000278E8" w:rsidRDefault="5687529D" w14:paraId="10EF84B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6" w:type="dxa"/>
            <w:tcMar/>
            <w:vAlign w:val="center"/>
          </w:tcPr>
          <w:p w:rsidR="00784FC2" w:rsidP="000278E8" w:rsidRDefault="5687529D" w14:paraId="4073EFD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180A23C4" w14:paraId="07459315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Pr="000278E8" w:rsidR="00784FC2" w:rsidP="000278E8" w:rsidRDefault="1B55DDC2" w14:paraId="6537F28F" w14:textId="6AA2F2C1">
            <w:pPr>
              <w:jc w:val="center"/>
              <w:rPr>
                <w:b w:val="0"/>
                <w:bCs w:val="0"/>
              </w:rPr>
            </w:pPr>
            <w:r w:rsidRPr="180A23C4" w:rsidR="5ED62BC4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 710 Project Planning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00784FC2" w:rsidP="000278E8" w:rsidRDefault="1B55DDC2" w14:paraId="6DFB9E20" w14:textId="75C0C6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  <w:vAlign w:val="center"/>
          </w:tcPr>
          <w:p w:rsidRPr="00A91064" w:rsidR="00784FC2" w:rsidP="00A91064" w:rsidRDefault="1B55DDC2" w14:paraId="70DF9E56" w14:textId="7BFB9E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NURS743 Practicum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1" w:type="dxa"/>
            <w:tcMar/>
            <w:vAlign w:val="center"/>
          </w:tcPr>
          <w:p w:rsidR="00784FC2" w:rsidP="000278E8" w:rsidRDefault="1B55DDC2" w14:paraId="44E871BC" w14:textId="12C58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  <w:vAlign w:val="center"/>
          </w:tcPr>
          <w:p w:rsidR="00784FC2" w:rsidP="000278E8" w:rsidRDefault="00784FC2" w14:paraId="144A5D2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6" w:type="dxa"/>
            <w:tcMar/>
            <w:vAlign w:val="center"/>
          </w:tcPr>
          <w:p w:rsidR="00784FC2" w:rsidP="000278E8" w:rsidRDefault="00784FC2" w14:paraId="738610E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5687529D" w:rsidTr="180A23C4" w14:paraId="3ADED650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Pr="000278E8" w:rsidR="1B55DDC2" w:rsidP="000278E8" w:rsidRDefault="1B55DDC2" w14:paraId="0FCD0E07" w14:textId="1401B59F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1B55DDC2" w:rsidP="000278E8" w:rsidRDefault="1B55DDC2" w14:paraId="0A0B3F7D" w14:textId="7956B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  <w:vAlign w:val="center"/>
          </w:tcPr>
          <w:p w:rsidR="1B55DDC2" w:rsidP="000278E8" w:rsidRDefault="1B55DDC2" w14:paraId="4040013C" w14:textId="2BFA72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NURS706 Informatics/Data Management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1" w:type="dxa"/>
            <w:tcMar/>
            <w:vAlign w:val="center"/>
          </w:tcPr>
          <w:p w:rsidR="1B55DDC2" w:rsidP="000278E8" w:rsidRDefault="1B55DDC2" w14:paraId="0B77E18E" w14:textId="23DF4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  <w:vAlign w:val="center"/>
          </w:tcPr>
          <w:p w:rsidR="5687529D" w:rsidP="000278E8" w:rsidRDefault="5687529D" w14:paraId="2CCBAD41" w14:textId="6EFCC6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6" w:type="dxa"/>
            <w:tcMar/>
            <w:vAlign w:val="center"/>
          </w:tcPr>
          <w:p w:rsidR="5687529D" w:rsidP="000278E8" w:rsidRDefault="5687529D" w14:paraId="664D3C11" w14:textId="065194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5687529D" w:rsidTr="180A23C4" w14:paraId="5B3E80F2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Pr="000278E8" w:rsidR="5687529D" w:rsidP="000278E8" w:rsidRDefault="5687529D" w14:paraId="24F9C5C7" w14:textId="5D8447F0">
            <w:pPr>
              <w:jc w:val="center"/>
              <w:rPr>
                <w:rFonts w:ascii="Arial" w:hAnsi="Arial" w:eastAsia="Arial" w:cs="Arial"/>
                <w:b w:val="0"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5687529D" w:rsidP="000278E8" w:rsidRDefault="5687529D" w14:paraId="59AA2939" w14:textId="091CE3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  <w:vAlign w:val="center"/>
          </w:tcPr>
          <w:p w:rsidR="1B55DDC2" w:rsidP="180A23C4" w:rsidRDefault="1B55DDC2" w14:paraId="351CBF40" w14:textId="1F720D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i w:val="0"/>
                <w:iCs w:val="0"/>
                <w:sz w:val="18"/>
                <w:szCs w:val="18"/>
              </w:rPr>
            </w:pPr>
            <w:r w:rsidRPr="180A23C4" w:rsidR="7C8A50BE">
              <w:rPr>
                <w:rFonts w:ascii="Arial" w:hAnsi="Arial" w:eastAsia="Arial" w:cs="Arial"/>
                <w:i w:val="0"/>
                <w:iCs w:val="0"/>
                <w:sz w:val="18"/>
                <w:szCs w:val="18"/>
              </w:rPr>
              <w:t>NURS685 Ortho</w:t>
            </w:r>
            <w:r w:rsidRPr="180A23C4" w:rsidR="11735232">
              <w:rPr>
                <w:rFonts w:ascii="Arial" w:hAnsi="Arial" w:eastAsia="Arial" w:cs="Arial"/>
                <w:i w:val="0"/>
                <w:iCs w:val="0"/>
                <w:sz w:val="18"/>
                <w:szCs w:val="18"/>
              </w:rPr>
              <w:t xml:space="preserve"> &amp; Office Procedures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1" w:type="dxa"/>
            <w:tcMar/>
            <w:vAlign w:val="center"/>
          </w:tcPr>
          <w:p w:rsidR="1B55DDC2" w:rsidP="000278E8" w:rsidRDefault="1B55DDC2" w14:paraId="1AA1DF64" w14:textId="3871B9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0.5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  <w:vAlign w:val="center"/>
          </w:tcPr>
          <w:p w:rsidR="5687529D" w:rsidP="000278E8" w:rsidRDefault="5687529D" w14:paraId="5CBB5478" w14:textId="584637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6" w:type="dxa"/>
            <w:tcMar/>
            <w:vAlign w:val="center"/>
          </w:tcPr>
          <w:p w:rsidR="5687529D" w:rsidP="000278E8" w:rsidRDefault="5687529D" w14:paraId="7BDFB34D" w14:textId="434A54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180A23C4" w14:paraId="59D8F6E7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="00784FC2" w:rsidP="000278E8" w:rsidRDefault="5687529D" w14:paraId="6FB74E35" w14:textId="184EF68B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</w:t>
            </w:r>
            <w:r w:rsidRPr="5687529D" w:rsidR="290D17FE">
              <w:rPr>
                <w:rFonts w:ascii="Arial" w:hAnsi="Arial" w:eastAsia="Arial" w:cs="Arial"/>
                <w:sz w:val="18"/>
                <w:szCs w:val="18"/>
              </w:rPr>
              <w:t>l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00784FC2" w:rsidP="000278E8" w:rsidRDefault="3D60A677" w14:paraId="637805D2" w14:textId="18D399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55" w:type="dxa"/>
            <w:tcMar/>
            <w:vAlign w:val="center"/>
          </w:tcPr>
          <w:p w:rsidR="00784FC2" w:rsidP="000278E8" w:rsidRDefault="5687529D" w14:paraId="7C450976" w14:textId="0D34CF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</w:t>
            </w:r>
            <w:r w:rsidRPr="5687529D" w:rsidR="36F8C3A0">
              <w:rPr>
                <w:rFonts w:ascii="Arial" w:hAnsi="Arial" w:eastAsia="Arial" w:cs="Arial"/>
                <w:b/>
                <w:bCs/>
                <w:sz w:val="18"/>
                <w:szCs w:val="18"/>
              </w:rPr>
              <w:t>l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1" w:type="dxa"/>
            <w:tcMar/>
            <w:vAlign w:val="center"/>
          </w:tcPr>
          <w:p w:rsidR="00784FC2" w:rsidP="000278E8" w:rsidRDefault="6E70DE0B" w14:paraId="463F29E8" w14:textId="00288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40" w:type="dxa"/>
            <w:tcMar/>
            <w:vAlign w:val="center"/>
          </w:tcPr>
          <w:p w:rsidR="00784FC2" w:rsidP="000278E8" w:rsidRDefault="5687529D" w14:paraId="143D8D60" w14:textId="4D103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</w:t>
            </w:r>
            <w:r w:rsidRPr="5687529D" w:rsidR="4E4B2399">
              <w:rPr>
                <w:rFonts w:ascii="Arial" w:hAnsi="Arial" w:eastAsia="Arial" w:cs="Arial"/>
                <w:b/>
                <w:bCs/>
                <w:sz w:val="18"/>
                <w:szCs w:val="18"/>
              </w:rPr>
              <w:t>l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6" w:type="dxa"/>
            <w:tcMar/>
            <w:vAlign w:val="center"/>
          </w:tcPr>
          <w:p w:rsidR="00784FC2" w:rsidP="000278E8" w:rsidRDefault="00784FC2" w14:paraId="3B7B4B8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="00784FC2" w:rsidP="5687529D" w:rsidRDefault="5687529D" w14:paraId="50BEB0A0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6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15"/>
        <w:gridCol w:w="981"/>
        <w:gridCol w:w="2625"/>
        <w:gridCol w:w="1071"/>
        <w:gridCol w:w="2595"/>
        <w:gridCol w:w="1101"/>
      </w:tblGrid>
      <w:tr w:rsidR="00784FC2" w:rsidTr="014DC7A6" w14:paraId="555250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="00784FC2" w:rsidP="000278E8" w:rsidRDefault="5687529D" w14:paraId="03746F81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00784FC2" w:rsidP="000278E8" w:rsidRDefault="5687529D" w14:paraId="53F2218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25" w:type="dxa"/>
            <w:tcMar/>
            <w:vAlign w:val="center"/>
          </w:tcPr>
          <w:p w:rsidR="00784FC2" w:rsidP="000278E8" w:rsidRDefault="5687529D" w14:paraId="45125B2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71" w:type="dxa"/>
            <w:tcMar/>
            <w:vAlign w:val="center"/>
          </w:tcPr>
          <w:p w:rsidR="00784FC2" w:rsidP="000278E8" w:rsidRDefault="5687529D" w14:paraId="2FFBFAE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0784FC2" w:rsidP="000278E8" w:rsidRDefault="5687529D" w14:paraId="3DFF10B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01" w:type="dxa"/>
            <w:tcMar/>
            <w:vAlign w:val="center"/>
          </w:tcPr>
          <w:p w:rsidR="00784FC2" w:rsidP="000278E8" w:rsidRDefault="5687529D" w14:paraId="6E15A55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14DC7A6" w14:paraId="5630AD66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Pr="000278E8" w:rsidR="5687529D" w:rsidP="000278E8" w:rsidRDefault="5687529D" w14:paraId="22EC0E55" w14:textId="31A4EB52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NURS730 Project Evaluation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5687529D" w:rsidP="000278E8" w:rsidRDefault="5687529D" w14:paraId="54E143B8" w14:textId="75C0C6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25" w:type="dxa"/>
            <w:tcMar/>
            <w:vAlign w:val="center"/>
          </w:tcPr>
          <w:p w:rsidR="00784FC2" w:rsidP="000278E8" w:rsidRDefault="00784FC2" w14:paraId="17AD93B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71" w:type="dxa"/>
            <w:tcMar/>
            <w:vAlign w:val="center"/>
          </w:tcPr>
          <w:p w:rsidR="00784FC2" w:rsidP="000278E8" w:rsidRDefault="00784FC2" w14:paraId="0DE4B5B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0784FC2" w:rsidP="000278E8" w:rsidRDefault="00784FC2" w14:paraId="66204FF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01" w:type="dxa"/>
            <w:tcMar/>
            <w:vAlign w:val="center"/>
          </w:tcPr>
          <w:p w:rsidR="00784FC2" w:rsidP="000278E8" w:rsidRDefault="00784FC2" w14:paraId="2DBF0D7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5687529D" w:rsidTr="014DC7A6" w14:paraId="5E6BD074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Pr="000278E8" w:rsidR="5687529D" w:rsidP="000278E8" w:rsidRDefault="5687529D" w14:paraId="10C093DB" w14:textId="38DDFEB1">
            <w:pPr>
              <w:jc w:val="center"/>
              <w:rPr>
                <w:b w:val="0"/>
                <w:bCs w:val="0"/>
              </w:rPr>
            </w:pPr>
            <w:r w:rsidRPr="000278E8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5687529D" w:rsidP="000278E8" w:rsidRDefault="5687529D" w14:paraId="22AA09E8" w14:textId="7956B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25" w:type="dxa"/>
            <w:tcMar/>
            <w:vAlign w:val="center"/>
          </w:tcPr>
          <w:p w:rsidR="5687529D" w:rsidP="000278E8" w:rsidRDefault="5687529D" w14:paraId="7FDB5206" w14:textId="611A5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71" w:type="dxa"/>
            <w:tcMar/>
            <w:vAlign w:val="center"/>
          </w:tcPr>
          <w:p w:rsidR="5687529D" w:rsidP="000278E8" w:rsidRDefault="5687529D" w14:paraId="24AD3799" w14:textId="3687A9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5687529D" w:rsidP="000278E8" w:rsidRDefault="5687529D" w14:paraId="037972E4" w14:textId="7B33E7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01" w:type="dxa"/>
            <w:tcMar/>
            <w:vAlign w:val="center"/>
          </w:tcPr>
          <w:p w:rsidR="5687529D" w:rsidP="000278E8" w:rsidRDefault="5687529D" w14:paraId="38B207CA" w14:textId="5559B3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5687529D" w:rsidTr="014DC7A6" w14:paraId="35AD5C54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Pr="000278E8" w:rsidR="5687529D" w:rsidP="014DC7A6" w:rsidRDefault="5687529D" w14:paraId="7723EE4C" w14:textId="75FBC28E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14DC7A6" w:rsidR="012522FE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18"/>
                <w:szCs w:val="18"/>
              </w:rPr>
              <w:t>NURS682 Suturing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5687529D" w:rsidP="000278E8" w:rsidRDefault="5687529D" w14:paraId="18667231" w14:textId="16555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0.5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25" w:type="dxa"/>
            <w:tcMar/>
            <w:vAlign w:val="center"/>
          </w:tcPr>
          <w:p w:rsidR="5687529D" w:rsidP="000278E8" w:rsidRDefault="5687529D" w14:paraId="4C32D5CB" w14:textId="2B2A4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71" w:type="dxa"/>
            <w:tcMar/>
            <w:vAlign w:val="center"/>
          </w:tcPr>
          <w:p w:rsidR="5687529D" w:rsidP="000278E8" w:rsidRDefault="5687529D" w14:paraId="1D5F9BD0" w14:textId="64AC0C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5687529D" w:rsidP="000278E8" w:rsidRDefault="5687529D" w14:paraId="179DA476" w14:textId="50F29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01" w:type="dxa"/>
            <w:tcMar/>
            <w:vAlign w:val="center"/>
          </w:tcPr>
          <w:p w:rsidR="5687529D" w:rsidP="000278E8" w:rsidRDefault="5687529D" w14:paraId="21B80115" w14:textId="5C4969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14DC7A6" w14:paraId="223F0A9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="00784FC2" w:rsidP="000278E8" w:rsidRDefault="5687529D" w14:paraId="2B0FD170" w14:textId="5696118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4D36C35B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81" w:type="dxa"/>
            <w:tcMar/>
            <w:vAlign w:val="center"/>
          </w:tcPr>
          <w:p w:rsidR="00784FC2" w:rsidP="000278E8" w:rsidRDefault="578B78F2" w14:paraId="6B62F1B3" w14:textId="62E6E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25" w:type="dxa"/>
            <w:tcMar/>
            <w:vAlign w:val="center"/>
          </w:tcPr>
          <w:p w:rsidR="00784FC2" w:rsidP="000278E8" w:rsidRDefault="5687529D" w14:paraId="4883251E" w14:textId="5C3F10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65ADF9C7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71" w:type="dxa"/>
            <w:tcMar/>
            <w:vAlign w:val="center"/>
          </w:tcPr>
          <w:p w:rsidR="00784FC2" w:rsidP="000278E8" w:rsidRDefault="00784FC2" w14:paraId="02F2C34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595" w:type="dxa"/>
            <w:tcMar/>
            <w:vAlign w:val="center"/>
          </w:tcPr>
          <w:p w:rsidR="00784FC2" w:rsidP="000278E8" w:rsidRDefault="5687529D" w14:paraId="71D9498E" w14:textId="2514F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4AA44FB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01" w:type="dxa"/>
            <w:tcMar/>
            <w:vAlign w:val="center"/>
          </w:tcPr>
          <w:p w:rsidR="00784FC2" w:rsidP="000278E8" w:rsidRDefault="00784FC2" w14:paraId="680A4E5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="5687529D" w:rsidP="17FBF3F0" w:rsidRDefault="00E66495" w14:paraId="62386421" w14:textId="3694CE79">
      <w:pPr>
        <w:pStyle w:val="Normal"/>
        <w:rPr>
          <w:rFonts w:ascii="Arial" w:hAnsi="Arial" w:eastAsia="Arial" w:cs="Arial"/>
          <w:noProof w:val="0"/>
          <w:sz w:val="20"/>
          <w:szCs w:val="20"/>
          <w:lang w:val="en-US"/>
        </w:rPr>
      </w:pPr>
      <w:r>
        <w:br/>
      </w:r>
      <w:r w:rsidRPr="17FBF3F0" w:rsidR="1098AD94">
        <w:rPr>
          <w:rFonts w:ascii="Arial" w:hAnsi="Arial" w:eastAsia="Arial" w:cs="Arial"/>
          <w:b w:val="1"/>
          <w:bCs w:val="1"/>
          <w:sz w:val="20"/>
          <w:szCs w:val="20"/>
        </w:rPr>
        <w:t xml:space="preserve"> </w:t>
      </w:r>
      <w:r w:rsidRPr="17FBF3F0" w:rsidR="5C8920A4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*Students must take NURS 673 for a total of 12 credit hours over a minimum of 3 semesters.</w:t>
      </w:r>
    </w:p>
    <w:p w:rsidRPr="00306A51" w:rsidR="00306A51" w:rsidP="00306A51" w:rsidRDefault="00306A51" w14:paraId="1314F67B" w14:textId="77777777">
      <w:pPr>
        <w:rPr>
          <w:rFonts w:ascii="Arial" w:hAnsi="Arial" w:eastAsia="Arial" w:cs="Arial"/>
          <w:sz w:val="20"/>
          <w:szCs w:val="20"/>
        </w:rPr>
      </w:pPr>
    </w:p>
    <w:sectPr w:rsidRPr="00306A51" w:rsidR="00306A5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521D" w:rsidP="00EB6BBD" w:rsidRDefault="00B3521D" w14:paraId="0E7BC15E" w14:textId="77777777">
      <w:pPr>
        <w:spacing w:after="0" w:line="240" w:lineRule="auto"/>
      </w:pPr>
      <w:r>
        <w:separator/>
      </w:r>
    </w:p>
  </w:endnote>
  <w:endnote w:type="continuationSeparator" w:id="0">
    <w:p w:rsidR="00B3521D" w:rsidP="00EB6BBD" w:rsidRDefault="00B3521D" w14:paraId="282CA7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6A51" w:rsidRDefault="00306A51" w14:paraId="5C0028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B2F9C" w:rsidR="00EB6BBD" w:rsidRDefault="00EB6BBD" w14:paraId="3C8AC57B" w14:textId="2683ACD2">
    <w:pPr>
      <w:pStyle w:val="Footer"/>
      <w:rPr>
        <w:rFonts w:ascii="Arial" w:hAnsi="Arial" w:cs="Arial"/>
        <w:sz w:val="16"/>
        <w:szCs w:val="16"/>
      </w:rPr>
    </w:pPr>
    <w:r w:rsidRPr="001B2F9C">
      <w:rPr>
        <w:rFonts w:ascii="Arial" w:hAnsi="Arial" w:cs="Arial"/>
        <w:i/>
        <w:iCs/>
        <w:sz w:val="16"/>
        <w:szCs w:val="16"/>
      </w:rPr>
      <w:t>2-19-26 SL</w:t>
    </w:r>
    <w:r w:rsidRPr="001B2F9C">
      <w:rPr>
        <w:rFonts w:ascii="Arial" w:hAnsi="Arial" w:cs="Arial"/>
        <w:sz w:val="16"/>
        <w:szCs w:val="16"/>
      </w:rP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6A51" w:rsidRDefault="00306A51" w14:paraId="21AB6ED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521D" w:rsidP="00EB6BBD" w:rsidRDefault="00B3521D" w14:paraId="7617321A" w14:textId="77777777">
      <w:pPr>
        <w:spacing w:after="0" w:line="240" w:lineRule="auto"/>
      </w:pPr>
      <w:r>
        <w:separator/>
      </w:r>
    </w:p>
  </w:footnote>
  <w:footnote w:type="continuationSeparator" w:id="0">
    <w:p w:rsidR="00B3521D" w:rsidP="00EB6BBD" w:rsidRDefault="00B3521D" w14:paraId="162B1EB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6A51" w:rsidRDefault="00306A51" w14:paraId="14AF48F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6A51" w:rsidRDefault="00306A51" w14:paraId="61A7A9B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6A51" w:rsidRDefault="00306A51" w14:paraId="53B824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27160569">
    <w:abstractNumId w:val="8"/>
  </w:num>
  <w:num w:numId="2" w16cid:durableId="456878478">
    <w:abstractNumId w:val="6"/>
  </w:num>
  <w:num w:numId="3" w16cid:durableId="1195508980">
    <w:abstractNumId w:val="5"/>
  </w:num>
  <w:num w:numId="4" w16cid:durableId="1914927270">
    <w:abstractNumId w:val="4"/>
  </w:num>
  <w:num w:numId="5" w16cid:durableId="846794855">
    <w:abstractNumId w:val="7"/>
  </w:num>
  <w:num w:numId="6" w16cid:durableId="1151097547">
    <w:abstractNumId w:val="3"/>
  </w:num>
  <w:num w:numId="7" w16cid:durableId="479617819">
    <w:abstractNumId w:val="2"/>
  </w:num>
  <w:num w:numId="8" w16cid:durableId="1958095351">
    <w:abstractNumId w:val="1"/>
  </w:num>
  <w:num w:numId="9" w16cid:durableId="142175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8E8"/>
    <w:rsid w:val="00034616"/>
    <w:rsid w:val="0006063C"/>
    <w:rsid w:val="00107C61"/>
    <w:rsid w:val="0015074B"/>
    <w:rsid w:val="001B2F9C"/>
    <w:rsid w:val="001E771A"/>
    <w:rsid w:val="0029639D"/>
    <w:rsid w:val="002D72A8"/>
    <w:rsid w:val="00306A51"/>
    <w:rsid w:val="00326F90"/>
    <w:rsid w:val="0044DA87"/>
    <w:rsid w:val="00451E5C"/>
    <w:rsid w:val="004C1AFC"/>
    <w:rsid w:val="00713D45"/>
    <w:rsid w:val="00784FC2"/>
    <w:rsid w:val="00794C89"/>
    <w:rsid w:val="007F540C"/>
    <w:rsid w:val="00860E3A"/>
    <w:rsid w:val="009A308E"/>
    <w:rsid w:val="009F3F6F"/>
    <w:rsid w:val="00A91064"/>
    <w:rsid w:val="00AA1D8D"/>
    <w:rsid w:val="00AD322E"/>
    <w:rsid w:val="00B3521D"/>
    <w:rsid w:val="00B47730"/>
    <w:rsid w:val="00C727D8"/>
    <w:rsid w:val="00CB0664"/>
    <w:rsid w:val="00D91FD0"/>
    <w:rsid w:val="00E43C94"/>
    <w:rsid w:val="00E66495"/>
    <w:rsid w:val="00E91A11"/>
    <w:rsid w:val="00EB6BBD"/>
    <w:rsid w:val="00EB6C3C"/>
    <w:rsid w:val="00F212FF"/>
    <w:rsid w:val="00FC693F"/>
    <w:rsid w:val="012522FE"/>
    <w:rsid w:val="014DC7A6"/>
    <w:rsid w:val="0532F99D"/>
    <w:rsid w:val="0548C722"/>
    <w:rsid w:val="0584114B"/>
    <w:rsid w:val="058993B1"/>
    <w:rsid w:val="05C0F013"/>
    <w:rsid w:val="0A6E853C"/>
    <w:rsid w:val="0B5DB610"/>
    <w:rsid w:val="0B626452"/>
    <w:rsid w:val="0BD9999D"/>
    <w:rsid w:val="0BF0A8AB"/>
    <w:rsid w:val="1098AD94"/>
    <w:rsid w:val="11735232"/>
    <w:rsid w:val="1359912E"/>
    <w:rsid w:val="147E33FE"/>
    <w:rsid w:val="150CC98B"/>
    <w:rsid w:val="15A0DE61"/>
    <w:rsid w:val="17FBF3F0"/>
    <w:rsid w:val="180A23C4"/>
    <w:rsid w:val="195A9704"/>
    <w:rsid w:val="197FECA5"/>
    <w:rsid w:val="1A086A07"/>
    <w:rsid w:val="1B55DDC2"/>
    <w:rsid w:val="1DAB02BB"/>
    <w:rsid w:val="20515CAD"/>
    <w:rsid w:val="22D8F9D0"/>
    <w:rsid w:val="238CCDD8"/>
    <w:rsid w:val="23CB6091"/>
    <w:rsid w:val="23CBEC76"/>
    <w:rsid w:val="2518CA5F"/>
    <w:rsid w:val="25681128"/>
    <w:rsid w:val="2576F0BA"/>
    <w:rsid w:val="25BFB545"/>
    <w:rsid w:val="264BBD83"/>
    <w:rsid w:val="277FFB5D"/>
    <w:rsid w:val="2849C284"/>
    <w:rsid w:val="285D2ADF"/>
    <w:rsid w:val="287B00DD"/>
    <w:rsid w:val="28963678"/>
    <w:rsid w:val="290D17FE"/>
    <w:rsid w:val="2923A143"/>
    <w:rsid w:val="299C6A94"/>
    <w:rsid w:val="2AB7654E"/>
    <w:rsid w:val="2C457998"/>
    <w:rsid w:val="2C82EED6"/>
    <w:rsid w:val="2DBB8E46"/>
    <w:rsid w:val="2E82548F"/>
    <w:rsid w:val="2F9BAF96"/>
    <w:rsid w:val="31579FDB"/>
    <w:rsid w:val="325D05E3"/>
    <w:rsid w:val="329D5EB2"/>
    <w:rsid w:val="33B6F691"/>
    <w:rsid w:val="33F59387"/>
    <w:rsid w:val="34DEE95E"/>
    <w:rsid w:val="35256DDB"/>
    <w:rsid w:val="356AED16"/>
    <w:rsid w:val="365D4211"/>
    <w:rsid w:val="368A67BA"/>
    <w:rsid w:val="3693C2CB"/>
    <w:rsid w:val="36F8C3A0"/>
    <w:rsid w:val="37B71EAC"/>
    <w:rsid w:val="37B8801B"/>
    <w:rsid w:val="382A0CB9"/>
    <w:rsid w:val="3859EDF6"/>
    <w:rsid w:val="3C4C0B9D"/>
    <w:rsid w:val="3C800705"/>
    <w:rsid w:val="3D60A677"/>
    <w:rsid w:val="3D952BB8"/>
    <w:rsid w:val="3E74F48C"/>
    <w:rsid w:val="3F00699A"/>
    <w:rsid w:val="3F416AD2"/>
    <w:rsid w:val="3FFAE8D7"/>
    <w:rsid w:val="403CAD2C"/>
    <w:rsid w:val="40766B9C"/>
    <w:rsid w:val="41536B48"/>
    <w:rsid w:val="420A5D5F"/>
    <w:rsid w:val="4310890E"/>
    <w:rsid w:val="43E51886"/>
    <w:rsid w:val="44127531"/>
    <w:rsid w:val="44AA44FB"/>
    <w:rsid w:val="453FA1F1"/>
    <w:rsid w:val="4563B5E7"/>
    <w:rsid w:val="45843C10"/>
    <w:rsid w:val="45CEA422"/>
    <w:rsid w:val="47F0F9CD"/>
    <w:rsid w:val="47F2CF32"/>
    <w:rsid w:val="4927EC6E"/>
    <w:rsid w:val="4BFD0847"/>
    <w:rsid w:val="4CEFA38F"/>
    <w:rsid w:val="4D36C35B"/>
    <w:rsid w:val="4DC12EBC"/>
    <w:rsid w:val="4DD0E80C"/>
    <w:rsid w:val="4E4B2399"/>
    <w:rsid w:val="4E75A512"/>
    <w:rsid w:val="4EF54E80"/>
    <w:rsid w:val="505A99F4"/>
    <w:rsid w:val="525BC0C3"/>
    <w:rsid w:val="52A931A8"/>
    <w:rsid w:val="52EE23A5"/>
    <w:rsid w:val="5405EE21"/>
    <w:rsid w:val="5686CE4A"/>
    <w:rsid w:val="5687529D"/>
    <w:rsid w:val="578B78F2"/>
    <w:rsid w:val="58BFB30A"/>
    <w:rsid w:val="59E01842"/>
    <w:rsid w:val="5AAF7831"/>
    <w:rsid w:val="5BB69409"/>
    <w:rsid w:val="5C8920A4"/>
    <w:rsid w:val="5ED62BC4"/>
    <w:rsid w:val="6324E73E"/>
    <w:rsid w:val="6482F441"/>
    <w:rsid w:val="655C29A8"/>
    <w:rsid w:val="655E083D"/>
    <w:rsid w:val="65ADF9C7"/>
    <w:rsid w:val="670B4B88"/>
    <w:rsid w:val="6725D173"/>
    <w:rsid w:val="677232E5"/>
    <w:rsid w:val="68775C1A"/>
    <w:rsid w:val="6955236E"/>
    <w:rsid w:val="6C8FA28A"/>
    <w:rsid w:val="6E70DE0B"/>
    <w:rsid w:val="6EEF46E3"/>
    <w:rsid w:val="71778DE9"/>
    <w:rsid w:val="7179E7D8"/>
    <w:rsid w:val="72E82ECF"/>
    <w:rsid w:val="74FC6F10"/>
    <w:rsid w:val="76B5A196"/>
    <w:rsid w:val="78181425"/>
    <w:rsid w:val="79A02AD2"/>
    <w:rsid w:val="7C2F6D09"/>
    <w:rsid w:val="7C7E6CCB"/>
    <w:rsid w:val="7C8A50BE"/>
    <w:rsid w:val="7CEE1D89"/>
    <w:rsid w:val="7EB2AA26"/>
    <w:rsid w:val="7F26B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A99CCE-DA7F-4EA7-97C1-4119E5AE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0278E8"/>
    <w:pPr>
      <w:spacing w:after="0" w:line="240" w:lineRule="auto"/>
    </w:pPr>
    <w:tblPr>
      <w:tblStyleRowBandSize w:val="1"/>
      <w:tblStyleColBandSize w:val="1"/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Brian Walk</dc:creator>
  <keywords/>
  <dc:description>generated by python-docx</dc:description>
  <lastModifiedBy>Sara Lyons</lastModifiedBy>
  <revision>19</revision>
  <dcterms:created xsi:type="dcterms:W3CDTF">2026-09-23T13:57:00.0000000Z</dcterms:created>
  <dcterms:modified xsi:type="dcterms:W3CDTF">2026-09-24T19:30:18.6685811Z</dcterms:modified>
  <category/>
</coreProperties>
</file>