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7374" w14:textId="77777777" w:rsidR="00784FC2" w:rsidRPr="000F318D" w:rsidRDefault="5687529D" w:rsidP="5687529D">
      <w:pPr>
        <w:pStyle w:val="Heading1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0F318D">
        <w:rPr>
          <w:rFonts w:ascii="Arial" w:hAnsi="Arial" w:cs="Arial"/>
          <w:color w:val="auto"/>
          <w:sz w:val="24"/>
          <w:szCs w:val="24"/>
        </w:rPr>
        <w:t>Northern Illinois University</w:t>
      </w:r>
    </w:p>
    <w:p w14:paraId="5FACCB65" w14:textId="16511071" w:rsidR="00784FC2" w:rsidRPr="000F318D" w:rsidRDefault="5687529D" w:rsidP="5687529D">
      <w:pPr>
        <w:pStyle w:val="Heading2"/>
        <w:spacing w:before="0" w:line="240" w:lineRule="auto"/>
        <w:jc w:val="center"/>
        <w:rPr>
          <w:rFonts w:ascii="Arial" w:hAnsi="Arial" w:cs="Arial"/>
          <w:color w:val="auto"/>
          <w:sz w:val="22"/>
          <w:szCs w:val="22"/>
        </w:rPr>
      </w:pPr>
      <w:r w:rsidRPr="000F318D">
        <w:rPr>
          <w:rFonts w:ascii="Arial" w:hAnsi="Arial" w:cs="Arial"/>
          <w:color w:val="auto"/>
          <w:sz w:val="22"/>
          <w:szCs w:val="22"/>
        </w:rPr>
        <w:t xml:space="preserve">School </w:t>
      </w:r>
      <w:r w:rsidR="004C1AFC" w:rsidRPr="000F318D">
        <w:rPr>
          <w:rFonts w:ascii="Arial" w:hAnsi="Arial" w:cs="Arial"/>
          <w:color w:val="auto"/>
          <w:sz w:val="22"/>
          <w:szCs w:val="22"/>
        </w:rPr>
        <w:t>of Nursing</w:t>
      </w:r>
    </w:p>
    <w:p w14:paraId="2AE04019" w14:textId="513FC112" w:rsidR="00784FC2" w:rsidRPr="000F318D" w:rsidRDefault="00DB6E07" w:rsidP="5687529D">
      <w:pPr>
        <w:pStyle w:val="Heading3"/>
        <w:spacing w:before="0" w:after="120" w:line="240" w:lineRule="auto"/>
        <w:jc w:val="center"/>
        <w:rPr>
          <w:rFonts w:ascii="Arial" w:hAnsi="Arial" w:cs="Arial"/>
          <w:color w:val="C00000"/>
        </w:rPr>
      </w:pPr>
      <w:r w:rsidRPr="00730BC7">
        <w:rPr>
          <w:rFonts w:ascii="Arial" w:hAnsi="Arial" w:cs="Arial"/>
          <w:color w:val="C00000"/>
        </w:rPr>
        <w:t xml:space="preserve">Plan </w:t>
      </w:r>
      <w:proofErr w:type="gramStart"/>
      <w:r w:rsidRPr="00730BC7">
        <w:rPr>
          <w:rFonts w:ascii="Arial" w:hAnsi="Arial" w:cs="Arial"/>
          <w:color w:val="C00000"/>
        </w:rPr>
        <w:t>of</w:t>
      </w:r>
      <w:proofErr w:type="gramEnd"/>
      <w:r w:rsidRPr="00730BC7">
        <w:rPr>
          <w:rFonts w:ascii="Arial" w:hAnsi="Arial" w:cs="Arial"/>
          <w:color w:val="C00000"/>
        </w:rPr>
        <w:t xml:space="preserve"> Study: </w:t>
      </w:r>
      <w:r w:rsidR="00004185" w:rsidRPr="000F318D">
        <w:rPr>
          <w:rFonts w:ascii="Arial" w:hAnsi="Arial" w:cs="Arial"/>
          <w:color w:val="C00000"/>
        </w:rPr>
        <w:t>Post-Baccal</w:t>
      </w:r>
      <w:r w:rsidR="00B844C9" w:rsidRPr="000F318D">
        <w:rPr>
          <w:rFonts w:ascii="Arial" w:hAnsi="Arial" w:cs="Arial"/>
          <w:color w:val="C00000"/>
        </w:rPr>
        <w:t xml:space="preserve">aureate </w:t>
      </w:r>
      <w:r w:rsidR="004C1AFC" w:rsidRPr="000F318D">
        <w:rPr>
          <w:rFonts w:ascii="Arial" w:hAnsi="Arial" w:cs="Arial"/>
          <w:color w:val="C00000"/>
        </w:rPr>
        <w:t xml:space="preserve">DNP </w:t>
      </w:r>
      <w:r w:rsidR="00B844C9" w:rsidRPr="000F318D">
        <w:rPr>
          <w:rFonts w:ascii="Arial" w:hAnsi="Arial" w:cs="Arial"/>
          <w:color w:val="C00000"/>
        </w:rPr>
        <w:t>Educational Leadership</w:t>
      </w:r>
      <w:r w:rsidR="00ED465F">
        <w:rPr>
          <w:rFonts w:ascii="Arial" w:hAnsi="Arial" w:cs="Arial"/>
          <w:color w:val="C00000"/>
        </w:rPr>
        <w:t xml:space="preserve"> (Part-Time)</w:t>
      </w:r>
    </w:p>
    <w:p w14:paraId="40FEA9BB" w14:textId="290B6E64" w:rsidR="00B844C9" w:rsidRDefault="00CB50FB" w:rsidP="000F318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F318D">
        <w:rPr>
          <w:rFonts w:ascii="Arial" w:hAnsi="Arial" w:cs="Arial"/>
          <w:b/>
          <w:bCs/>
          <w:sz w:val="20"/>
          <w:szCs w:val="20"/>
        </w:rPr>
        <w:t>Fall Admit</w:t>
      </w:r>
    </w:p>
    <w:p w14:paraId="52612006" w14:textId="77777777" w:rsidR="00A76514" w:rsidRPr="000F318D" w:rsidRDefault="00A76514" w:rsidP="000F318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08D9A6C" w14:textId="77777777" w:rsidR="00784FC2" w:rsidRDefault="5687529D" w:rsidP="5687529D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1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90"/>
        <w:gridCol w:w="906"/>
        <w:gridCol w:w="2790"/>
        <w:gridCol w:w="906"/>
      </w:tblGrid>
      <w:tr w:rsidR="00784FC2" w14:paraId="07C19052" w14:textId="77777777" w:rsidTr="008776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EA38C13" w14:textId="77777777" w:rsidR="00784FC2" w:rsidRDefault="5687529D" w:rsidP="00877658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14:paraId="62A8F16E" w14:textId="77777777" w:rsidR="00784FC2" w:rsidRDefault="5687529D" w:rsidP="00877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90" w:type="dxa"/>
            <w:vAlign w:val="center"/>
          </w:tcPr>
          <w:p w14:paraId="6DF95D13" w14:textId="77777777" w:rsidR="00784FC2" w:rsidRDefault="5687529D" w:rsidP="00877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906" w:type="dxa"/>
            <w:vAlign w:val="center"/>
          </w:tcPr>
          <w:p w14:paraId="7173E4B7" w14:textId="77777777" w:rsidR="00784FC2" w:rsidRDefault="5687529D" w:rsidP="00877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90" w:type="dxa"/>
            <w:vAlign w:val="center"/>
          </w:tcPr>
          <w:p w14:paraId="40A32918" w14:textId="77777777" w:rsidR="00784FC2" w:rsidRDefault="5687529D" w:rsidP="00877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906" w:type="dxa"/>
            <w:vAlign w:val="center"/>
          </w:tcPr>
          <w:p w14:paraId="24735EFE" w14:textId="77777777" w:rsidR="00784FC2" w:rsidRDefault="5687529D" w:rsidP="008776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784FC2" w14:paraId="672A6659" w14:textId="77777777" w:rsidTr="0087765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0A37501D" w14:textId="29DC2633" w:rsidR="00784FC2" w:rsidRPr="00112DA4" w:rsidRDefault="00002D9C" w:rsidP="00877658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112DA4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NURS601 MS Level Practice</w:t>
            </w:r>
          </w:p>
        </w:tc>
        <w:tc>
          <w:tcPr>
            <w:tcW w:w="951" w:type="dxa"/>
            <w:vAlign w:val="center"/>
          </w:tcPr>
          <w:p w14:paraId="5DAB6C7B" w14:textId="6CC690AF" w:rsidR="00784FC2" w:rsidRDefault="15A0DE61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02EB378F" w14:textId="4C66E4C0" w:rsidR="00784FC2" w:rsidRPr="001368B2" w:rsidRDefault="001368B2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iCs/>
                <w:sz w:val="18"/>
                <w:szCs w:val="18"/>
              </w:rPr>
            </w:pPr>
            <w:r w:rsidRPr="001368B2">
              <w:rPr>
                <w:rFonts w:ascii="Arial" w:eastAsia="Arial" w:hAnsi="Arial" w:cs="Arial"/>
                <w:iCs/>
                <w:sz w:val="18"/>
                <w:szCs w:val="18"/>
              </w:rPr>
              <w:t>NURS621 Education Didactic</w:t>
            </w:r>
          </w:p>
        </w:tc>
        <w:tc>
          <w:tcPr>
            <w:tcW w:w="906" w:type="dxa"/>
            <w:vAlign w:val="center"/>
          </w:tcPr>
          <w:p w14:paraId="6A05A809" w14:textId="60E28C58" w:rsidR="00784FC2" w:rsidRDefault="15A0DE61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5A39BBE3" w14:textId="373DB7C2" w:rsidR="00784FC2" w:rsidRPr="00F15BEA" w:rsidRDefault="00F15BEA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F15BEA">
              <w:rPr>
                <w:rFonts w:ascii="Arial" w:eastAsia="Arial" w:hAnsi="Arial" w:cs="Arial"/>
                <w:sz w:val="18"/>
                <w:szCs w:val="18"/>
              </w:rPr>
              <w:t>PHHE621 Health Promotion</w:t>
            </w:r>
          </w:p>
        </w:tc>
        <w:tc>
          <w:tcPr>
            <w:tcW w:w="906" w:type="dxa"/>
            <w:vAlign w:val="center"/>
          </w:tcPr>
          <w:p w14:paraId="41C8F396" w14:textId="6136955A" w:rsidR="00784FC2" w:rsidRDefault="6EEF46E3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 w:rsidR="5687529D" w14:paraId="25323AD9" w14:textId="77777777" w:rsidTr="0087765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2D7910B5" w14:textId="73118F09" w:rsidR="15A0DE61" w:rsidRPr="00112DA4" w:rsidRDefault="005659A5" w:rsidP="00877658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112DA4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Stats ETR521 or PHHE605</w:t>
            </w:r>
          </w:p>
        </w:tc>
        <w:tc>
          <w:tcPr>
            <w:tcW w:w="951" w:type="dxa"/>
            <w:vAlign w:val="center"/>
          </w:tcPr>
          <w:p w14:paraId="3F757829" w14:textId="7C55340D" w:rsidR="15A0DE61" w:rsidRDefault="15A0DE61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703F05E8" w14:textId="0A5CF9EB" w:rsidR="15A0DE61" w:rsidRPr="007671E9" w:rsidRDefault="007671E9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7671E9">
              <w:rPr>
                <w:rFonts w:ascii="Arial" w:eastAsia="Arial" w:hAnsi="Arial" w:cs="Arial"/>
                <w:sz w:val="18"/>
                <w:szCs w:val="18"/>
              </w:rPr>
              <w:t>Elective (PHHE 603)</w:t>
            </w:r>
          </w:p>
        </w:tc>
        <w:tc>
          <w:tcPr>
            <w:tcW w:w="906" w:type="dxa"/>
            <w:vAlign w:val="center"/>
          </w:tcPr>
          <w:p w14:paraId="4B7042E7" w14:textId="1F435E28" w:rsidR="15A0DE61" w:rsidRDefault="15A0DE61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90" w:type="dxa"/>
            <w:vAlign w:val="center"/>
          </w:tcPr>
          <w:p w14:paraId="58D5C5D7" w14:textId="3387A968" w:rsidR="5687529D" w:rsidRDefault="5687529D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Align w:val="center"/>
          </w:tcPr>
          <w:p w14:paraId="4EF1D75A" w14:textId="7D3EB751" w:rsidR="5687529D" w:rsidRDefault="5687529D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44B45B1B" w14:textId="77777777" w:rsidTr="0087765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6FE0C09" w14:textId="45A6FEDA" w:rsidR="00784FC2" w:rsidRDefault="5687529D" w:rsidP="00877658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Total</w:t>
            </w:r>
            <w:r w:rsidR="299C6A94" w:rsidRPr="5687529D">
              <w:rPr>
                <w:rFonts w:ascii="Arial" w:eastAsia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72A3D3EC" w14:textId="013C2190" w:rsidR="00784FC2" w:rsidRDefault="299C6A94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90" w:type="dxa"/>
            <w:vAlign w:val="center"/>
          </w:tcPr>
          <w:p w14:paraId="51E8FDB7" w14:textId="4F19B392" w:rsidR="00784FC2" w:rsidRDefault="5687529D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7C7E6CCB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06" w:type="dxa"/>
            <w:vAlign w:val="center"/>
          </w:tcPr>
          <w:p w14:paraId="0D0B940D" w14:textId="746C0CD3" w:rsidR="00784FC2" w:rsidRDefault="3C4C0B9D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90" w:type="dxa"/>
            <w:vAlign w:val="center"/>
          </w:tcPr>
          <w:p w14:paraId="4B4370B4" w14:textId="71A1B10D" w:rsidR="00784FC2" w:rsidRDefault="5687529D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5BB69409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06" w:type="dxa"/>
            <w:vAlign w:val="center"/>
          </w:tcPr>
          <w:p w14:paraId="0E27B00A" w14:textId="64A5C172" w:rsidR="00784FC2" w:rsidRDefault="52A931A8" w:rsidP="008776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14:paraId="095F53D7" w14:textId="602289A9" w:rsidR="007F540C" w:rsidRDefault="007F540C" w:rsidP="007F540C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 xml:space="preserve">Academic Year </w:t>
      </w:r>
      <w:r>
        <w:rPr>
          <w:rFonts w:ascii="Arial" w:hAnsi="Arial"/>
          <w:b/>
          <w:bCs/>
          <w:sz w:val="20"/>
          <w:szCs w:val="20"/>
        </w:rPr>
        <w:t>2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75"/>
        <w:gridCol w:w="921"/>
        <w:gridCol w:w="2745"/>
        <w:gridCol w:w="951"/>
      </w:tblGrid>
      <w:tr w:rsidR="00784FC2" w14:paraId="72811684" w14:textId="77777777" w:rsidTr="00FB35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6AAA2706" w14:textId="77777777" w:rsidR="00784FC2" w:rsidRDefault="5687529D" w:rsidP="00FB3543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14:paraId="674F9DC0" w14:textId="77777777" w:rsidR="00784FC2" w:rsidRDefault="5687529D" w:rsidP="00FB35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75" w:type="dxa"/>
            <w:vAlign w:val="center"/>
          </w:tcPr>
          <w:p w14:paraId="5D71AD68" w14:textId="77777777" w:rsidR="00784FC2" w:rsidRDefault="5687529D" w:rsidP="00FB35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921" w:type="dxa"/>
            <w:vAlign w:val="center"/>
          </w:tcPr>
          <w:p w14:paraId="1B7DB311" w14:textId="77777777" w:rsidR="00784FC2" w:rsidRDefault="5687529D" w:rsidP="00FB35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45" w:type="dxa"/>
            <w:vAlign w:val="center"/>
          </w:tcPr>
          <w:p w14:paraId="6941280D" w14:textId="77777777" w:rsidR="00784FC2" w:rsidRDefault="5687529D" w:rsidP="00FB35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951" w:type="dxa"/>
            <w:vAlign w:val="center"/>
          </w:tcPr>
          <w:p w14:paraId="061ADB5E" w14:textId="77777777" w:rsidR="00784FC2" w:rsidRDefault="5687529D" w:rsidP="00FB35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784FC2" w14:paraId="44EAFD9C" w14:textId="77777777" w:rsidTr="00FB354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B94D5A5" w14:textId="4384E37B" w:rsidR="00784FC2" w:rsidRPr="00FB3543" w:rsidRDefault="00424C57" w:rsidP="00FB3543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FB3543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NURS622 Education Didactic II</w:t>
            </w:r>
          </w:p>
        </w:tc>
        <w:tc>
          <w:tcPr>
            <w:tcW w:w="951" w:type="dxa"/>
            <w:vAlign w:val="center"/>
          </w:tcPr>
          <w:p w14:paraId="3DEEC669" w14:textId="710D098A" w:rsidR="00784FC2" w:rsidRDefault="008F33D8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75" w:type="dxa"/>
            <w:vAlign w:val="center"/>
          </w:tcPr>
          <w:p w14:paraId="3656B9AB" w14:textId="2C8FD829" w:rsidR="00784FC2" w:rsidRPr="00841184" w:rsidRDefault="00841184" w:rsidP="008411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841184">
              <w:rPr>
                <w:rFonts w:ascii="Arial" w:eastAsia="Arial" w:hAnsi="Arial" w:cs="Arial"/>
                <w:sz w:val="18"/>
                <w:szCs w:val="18"/>
              </w:rPr>
              <w:t>NURS609 Combined 3P</w:t>
            </w:r>
          </w:p>
        </w:tc>
        <w:tc>
          <w:tcPr>
            <w:tcW w:w="921" w:type="dxa"/>
            <w:vAlign w:val="center"/>
          </w:tcPr>
          <w:p w14:paraId="45FB0818" w14:textId="4108B08C" w:rsidR="00784FC2" w:rsidRDefault="05C0F013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45" w:type="dxa"/>
            <w:vAlign w:val="center"/>
          </w:tcPr>
          <w:p w14:paraId="049F31CB" w14:textId="7862516E" w:rsidR="00784FC2" w:rsidRDefault="05C0F013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NURS704 Population Health</w:t>
            </w:r>
          </w:p>
        </w:tc>
        <w:tc>
          <w:tcPr>
            <w:tcW w:w="951" w:type="dxa"/>
            <w:vAlign w:val="center"/>
          </w:tcPr>
          <w:p w14:paraId="53128261" w14:textId="6E1FFF88" w:rsidR="00784FC2" w:rsidRDefault="2E82548F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 w:rsidR="5687529D" w14:paraId="0E850483" w14:textId="77777777" w:rsidTr="00FB354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036E8579" w14:textId="11928F8C" w:rsidR="4E75A512" w:rsidRPr="00FB3543" w:rsidRDefault="008F33D8" w:rsidP="00FB3543">
            <w:pPr>
              <w:jc w:val="center"/>
              <w:rPr>
                <w:b w:val="0"/>
                <w:bCs w:val="0"/>
              </w:rPr>
            </w:pPr>
            <w:r w:rsidRPr="00FB3543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NURS623 Practicum – Classroom</w:t>
            </w:r>
          </w:p>
        </w:tc>
        <w:tc>
          <w:tcPr>
            <w:tcW w:w="951" w:type="dxa"/>
            <w:vAlign w:val="center"/>
          </w:tcPr>
          <w:p w14:paraId="69F24EA6" w14:textId="52224C35" w:rsidR="4E75A512" w:rsidRDefault="008F33D8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75" w:type="dxa"/>
            <w:vAlign w:val="center"/>
          </w:tcPr>
          <w:p w14:paraId="64B23350" w14:textId="677AB04A" w:rsidR="22D8F9D0" w:rsidRDefault="003E7356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E7356">
              <w:rPr>
                <w:rFonts w:ascii="Arial" w:eastAsia="Arial" w:hAnsi="Arial" w:cs="Arial"/>
                <w:iCs/>
                <w:sz w:val="18"/>
                <w:szCs w:val="18"/>
              </w:rPr>
              <w:t>NURS603 Practicum – Direct Care</w:t>
            </w:r>
          </w:p>
        </w:tc>
        <w:tc>
          <w:tcPr>
            <w:tcW w:w="921" w:type="dxa"/>
            <w:vAlign w:val="center"/>
          </w:tcPr>
          <w:p w14:paraId="0A52A838" w14:textId="0003BE47" w:rsidR="6955236E" w:rsidRDefault="00627DED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2745" w:type="dxa"/>
            <w:vAlign w:val="center"/>
          </w:tcPr>
          <w:p w14:paraId="684DD084" w14:textId="73212FB2" w:rsidR="5687529D" w:rsidRDefault="5687529D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51" w:type="dxa"/>
            <w:vAlign w:val="center"/>
          </w:tcPr>
          <w:p w14:paraId="72AA11B4" w14:textId="799436AB" w:rsidR="5687529D" w:rsidRDefault="5687529D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5870EB03" w14:textId="77777777" w:rsidTr="00FB354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2B9D4B37" w14:textId="470B3B76" w:rsidR="00784FC2" w:rsidRDefault="5687529D" w:rsidP="00FB3543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Total</w:t>
            </w:r>
            <w:r w:rsidR="7C2F6D09" w:rsidRPr="5687529D">
              <w:rPr>
                <w:rFonts w:ascii="Arial" w:eastAsia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62486C05" w14:textId="59874FBB" w:rsidR="00784FC2" w:rsidRDefault="7C2F6D09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75" w:type="dxa"/>
            <w:vAlign w:val="center"/>
          </w:tcPr>
          <w:p w14:paraId="645114B6" w14:textId="4F833202" w:rsidR="00784FC2" w:rsidRDefault="5687529D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4927EC6E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21" w:type="dxa"/>
            <w:vAlign w:val="center"/>
          </w:tcPr>
          <w:p w14:paraId="4101652C" w14:textId="6F0E7021" w:rsidR="00784FC2" w:rsidRDefault="00627DED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745" w:type="dxa"/>
            <w:vAlign w:val="center"/>
          </w:tcPr>
          <w:p w14:paraId="0E746F62" w14:textId="48018C65" w:rsidR="00784FC2" w:rsidRDefault="5687529D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420A5D5F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4B99056E" w14:textId="13E84500" w:rsidR="00784FC2" w:rsidRDefault="197FECA5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14:paraId="6F1DDFF8" w14:textId="77777777" w:rsidR="00784FC2" w:rsidRDefault="5687529D" w:rsidP="5687529D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3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730"/>
        <w:gridCol w:w="966"/>
        <w:gridCol w:w="2700"/>
        <w:gridCol w:w="996"/>
      </w:tblGrid>
      <w:tr w:rsidR="00784FC2" w14:paraId="527FB619" w14:textId="77777777" w:rsidTr="00FB35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2D9811DD" w14:textId="77777777" w:rsidR="00784FC2" w:rsidRDefault="5687529D" w:rsidP="00FB3543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14:paraId="66FDBE58" w14:textId="77777777" w:rsidR="00784FC2" w:rsidRDefault="5687529D" w:rsidP="00FB35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30" w:type="dxa"/>
            <w:vAlign w:val="center"/>
          </w:tcPr>
          <w:p w14:paraId="24BC8FCE" w14:textId="77777777" w:rsidR="00784FC2" w:rsidRDefault="5687529D" w:rsidP="00FB35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966" w:type="dxa"/>
            <w:vAlign w:val="center"/>
          </w:tcPr>
          <w:p w14:paraId="335CE1D0" w14:textId="77777777" w:rsidR="00784FC2" w:rsidRDefault="5687529D" w:rsidP="00FB35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700" w:type="dxa"/>
            <w:vAlign w:val="center"/>
          </w:tcPr>
          <w:p w14:paraId="2F811872" w14:textId="77777777" w:rsidR="00784FC2" w:rsidRDefault="5687529D" w:rsidP="00FB35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996" w:type="dxa"/>
            <w:vAlign w:val="center"/>
          </w:tcPr>
          <w:p w14:paraId="172A3484" w14:textId="77777777" w:rsidR="00784FC2" w:rsidRDefault="5687529D" w:rsidP="00FB35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784FC2" w14:paraId="4DDBEF00" w14:textId="77777777" w:rsidTr="00FB354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3461D779" w14:textId="212AF90F" w:rsidR="00784FC2" w:rsidRPr="00FB3543" w:rsidRDefault="009C3F4E" w:rsidP="00FB3543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  <w:u w:val="single"/>
              </w:rPr>
            </w:pPr>
            <w:r w:rsidRPr="00FB3543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NURS700 Intro to DNP</w:t>
            </w:r>
          </w:p>
        </w:tc>
        <w:tc>
          <w:tcPr>
            <w:tcW w:w="951" w:type="dxa"/>
            <w:vAlign w:val="center"/>
          </w:tcPr>
          <w:p w14:paraId="3CF2D8B6" w14:textId="11F731F1" w:rsidR="00784FC2" w:rsidRDefault="25BFB545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30" w:type="dxa"/>
            <w:vAlign w:val="center"/>
          </w:tcPr>
          <w:p w14:paraId="0FB78278" w14:textId="3560AC49" w:rsidR="00784FC2" w:rsidRPr="003B6560" w:rsidRDefault="003B6560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3B6560">
              <w:rPr>
                <w:rFonts w:ascii="Arial" w:eastAsia="Arial" w:hAnsi="Arial" w:cs="Arial"/>
                <w:bCs/>
                <w:sz w:val="18"/>
                <w:szCs w:val="18"/>
              </w:rPr>
              <w:t>NURS702</w:t>
            </w:r>
            <w:r w:rsidRPr="003B6560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 w:rsidRPr="003B6560">
              <w:rPr>
                <w:rFonts w:ascii="Arial" w:eastAsia="Arial" w:hAnsi="Arial" w:cs="Arial"/>
                <w:sz w:val="18"/>
                <w:szCs w:val="18"/>
              </w:rPr>
              <w:t>DNP research</w:t>
            </w:r>
          </w:p>
        </w:tc>
        <w:tc>
          <w:tcPr>
            <w:tcW w:w="966" w:type="dxa"/>
            <w:vAlign w:val="center"/>
          </w:tcPr>
          <w:p w14:paraId="1FC39945" w14:textId="71785A9F" w:rsidR="00784FC2" w:rsidRDefault="25BFB545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00" w:type="dxa"/>
            <w:vAlign w:val="center"/>
          </w:tcPr>
          <w:p w14:paraId="0562CB0E" w14:textId="3056E96C" w:rsidR="00784FC2" w:rsidRPr="00C627FC" w:rsidRDefault="00C627FC" w:rsidP="00FB3543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C627FC">
              <w:rPr>
                <w:rFonts w:ascii="Arial" w:eastAsia="Arial" w:hAnsi="Arial" w:cs="Arial"/>
                <w:bCs/>
                <w:sz w:val="18"/>
                <w:szCs w:val="18"/>
              </w:rPr>
              <w:t>NURS701</w:t>
            </w:r>
            <w:r w:rsidRPr="00C627FC">
              <w:rPr>
                <w:rFonts w:ascii="Arial" w:eastAsia="Arial" w:hAnsi="Arial" w:cs="Arial"/>
                <w:sz w:val="18"/>
                <w:szCs w:val="18"/>
              </w:rPr>
              <w:t xml:space="preserve"> Leadership</w:t>
            </w:r>
          </w:p>
        </w:tc>
        <w:tc>
          <w:tcPr>
            <w:tcW w:w="996" w:type="dxa"/>
            <w:vAlign w:val="center"/>
          </w:tcPr>
          <w:p w14:paraId="34CE0A41" w14:textId="0545CC00" w:rsidR="00784FC2" w:rsidRDefault="00C627FC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 w:rsidR="5687529D" w14:paraId="7A260E58" w14:textId="77777777" w:rsidTr="00FB354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5B0F2D36" w14:textId="6795E2C3" w:rsidR="25BFB545" w:rsidRPr="00FB3543" w:rsidRDefault="00DD1387" w:rsidP="00FB3543">
            <w:pPr>
              <w:jc w:val="center"/>
              <w:rPr>
                <w:b w:val="0"/>
                <w:bCs w:val="0"/>
              </w:rPr>
            </w:pPr>
            <w:r w:rsidRPr="00FB3543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NURS707 Quality &amp; Safety</w:t>
            </w:r>
          </w:p>
        </w:tc>
        <w:tc>
          <w:tcPr>
            <w:tcW w:w="951" w:type="dxa"/>
            <w:vAlign w:val="center"/>
          </w:tcPr>
          <w:p w14:paraId="532BD030" w14:textId="32C1F4FB" w:rsidR="25BFB545" w:rsidRDefault="25BFB545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730" w:type="dxa"/>
            <w:vAlign w:val="center"/>
          </w:tcPr>
          <w:p w14:paraId="73FAF102" w14:textId="3ED1F1B1" w:rsidR="25BFB545" w:rsidRDefault="00906E1C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E1C">
              <w:rPr>
                <w:rFonts w:ascii="Arial" w:eastAsia="Arial" w:hAnsi="Arial" w:cs="Arial"/>
                <w:sz w:val="18"/>
                <w:szCs w:val="18"/>
              </w:rPr>
              <w:t>NURS643 Leadership Practicum</w:t>
            </w:r>
          </w:p>
        </w:tc>
        <w:tc>
          <w:tcPr>
            <w:tcW w:w="966" w:type="dxa"/>
            <w:vAlign w:val="center"/>
          </w:tcPr>
          <w:p w14:paraId="7D2E2151" w14:textId="33B4DE99" w:rsidR="25BFB545" w:rsidRDefault="25BFB545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2700" w:type="dxa"/>
            <w:vAlign w:val="center"/>
          </w:tcPr>
          <w:p w14:paraId="0F53FDAA" w14:textId="335F1CBD" w:rsidR="5687529D" w:rsidRDefault="5687529D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6" w:type="dxa"/>
            <w:vAlign w:val="center"/>
          </w:tcPr>
          <w:p w14:paraId="05E3D45C" w14:textId="675FC994" w:rsidR="5687529D" w:rsidRDefault="5687529D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40B278BB" w14:textId="77777777" w:rsidTr="00FB354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44727373" w14:textId="3A704C94" w:rsidR="00784FC2" w:rsidRDefault="5687529D" w:rsidP="00FB3543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Total</w:t>
            </w:r>
            <w:r w:rsidR="7CEE1D89" w:rsidRPr="5687529D">
              <w:rPr>
                <w:rFonts w:ascii="Arial" w:eastAsia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62EBF3C5" w14:textId="481B1B52" w:rsidR="00784FC2" w:rsidRDefault="2849C284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730" w:type="dxa"/>
            <w:vAlign w:val="center"/>
          </w:tcPr>
          <w:p w14:paraId="67183AB2" w14:textId="67C2BD38" w:rsidR="00784FC2" w:rsidRDefault="5687529D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23CBEC76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66" w:type="dxa"/>
            <w:vAlign w:val="center"/>
          </w:tcPr>
          <w:p w14:paraId="6D98A12B" w14:textId="081EAA77" w:rsidR="00784FC2" w:rsidRDefault="44127531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700" w:type="dxa"/>
            <w:vAlign w:val="center"/>
          </w:tcPr>
          <w:p w14:paraId="6BF62037" w14:textId="58320626" w:rsidR="00784FC2" w:rsidRDefault="5687529D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23CB6091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996" w:type="dxa"/>
            <w:vAlign w:val="center"/>
          </w:tcPr>
          <w:p w14:paraId="2946DB82" w14:textId="3B59F4E8" w:rsidR="00784FC2" w:rsidRDefault="00C627FC" w:rsidP="00FB35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14:paraId="541D9EFC" w14:textId="77777777" w:rsidR="00784FC2" w:rsidRDefault="5687529D" w:rsidP="5687529D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4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45"/>
        <w:gridCol w:w="951"/>
        <w:gridCol w:w="2685"/>
        <w:gridCol w:w="1011"/>
        <w:gridCol w:w="2685"/>
        <w:gridCol w:w="1011"/>
      </w:tblGrid>
      <w:tr w:rsidR="00784FC2" w14:paraId="5E4B172A" w14:textId="77777777" w:rsidTr="006906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574DEABB" w14:textId="77777777" w:rsidR="00784FC2" w:rsidRDefault="5687529D" w:rsidP="00690685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51" w:type="dxa"/>
            <w:vAlign w:val="center"/>
          </w:tcPr>
          <w:p w14:paraId="05FD621B" w14:textId="77777777" w:rsidR="00784FC2" w:rsidRDefault="5687529D" w:rsidP="006906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685" w:type="dxa"/>
            <w:vAlign w:val="center"/>
          </w:tcPr>
          <w:p w14:paraId="5750F0A1" w14:textId="77777777" w:rsidR="00784FC2" w:rsidRDefault="5687529D" w:rsidP="006906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1011" w:type="dxa"/>
            <w:vAlign w:val="center"/>
          </w:tcPr>
          <w:p w14:paraId="49AED6AE" w14:textId="77777777" w:rsidR="00784FC2" w:rsidRDefault="5687529D" w:rsidP="006906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685" w:type="dxa"/>
            <w:vAlign w:val="center"/>
          </w:tcPr>
          <w:p w14:paraId="01095ABF" w14:textId="77777777" w:rsidR="00784FC2" w:rsidRDefault="5687529D" w:rsidP="006906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1011" w:type="dxa"/>
            <w:vAlign w:val="center"/>
          </w:tcPr>
          <w:p w14:paraId="10208ECA" w14:textId="77777777" w:rsidR="00784FC2" w:rsidRDefault="5687529D" w:rsidP="006906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784FC2" w14:paraId="110FFD37" w14:textId="77777777" w:rsidTr="0069068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6B699379" w14:textId="01C9E7DB" w:rsidR="00784FC2" w:rsidRPr="00690685" w:rsidRDefault="00560B80" w:rsidP="00690685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690685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NURS710 Project Planning</w:t>
            </w:r>
          </w:p>
        </w:tc>
        <w:tc>
          <w:tcPr>
            <w:tcW w:w="951" w:type="dxa"/>
            <w:vAlign w:val="center"/>
          </w:tcPr>
          <w:p w14:paraId="3FE9F23F" w14:textId="2113D36E" w:rsidR="00784FC2" w:rsidRDefault="670B4B88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685" w:type="dxa"/>
            <w:vAlign w:val="center"/>
          </w:tcPr>
          <w:p w14:paraId="1F72F646" w14:textId="33F46282" w:rsidR="00784FC2" w:rsidRPr="001B6826" w:rsidRDefault="001B6826" w:rsidP="00690685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1B6826">
              <w:rPr>
                <w:rFonts w:ascii="Arial" w:eastAsia="Arial" w:hAnsi="Arial" w:cs="Arial"/>
                <w:sz w:val="18"/>
                <w:szCs w:val="18"/>
              </w:rPr>
              <w:t>NURS743 Practicum</w:t>
            </w:r>
          </w:p>
        </w:tc>
        <w:tc>
          <w:tcPr>
            <w:tcW w:w="1011" w:type="dxa"/>
            <w:vAlign w:val="center"/>
          </w:tcPr>
          <w:p w14:paraId="08CE6F91" w14:textId="32CEF062" w:rsidR="00784FC2" w:rsidRDefault="3C800705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2685" w:type="dxa"/>
            <w:vAlign w:val="center"/>
          </w:tcPr>
          <w:p w14:paraId="61CDCEAD" w14:textId="0A256C19" w:rsidR="00784FC2" w:rsidRPr="00A4343E" w:rsidRDefault="00A4343E" w:rsidP="00690685">
            <w:pPr>
              <w:spacing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A4343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Elective</w:t>
            </w:r>
          </w:p>
        </w:tc>
        <w:tc>
          <w:tcPr>
            <w:tcW w:w="1011" w:type="dxa"/>
            <w:vAlign w:val="center"/>
          </w:tcPr>
          <w:p w14:paraId="6BB9E253" w14:textId="0E9844F1" w:rsidR="00784FC2" w:rsidRDefault="00A4343E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 w:rsidR="5687529D" w14:paraId="4E899D7E" w14:textId="77777777" w:rsidTr="0069068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162F5E0B" w14:textId="22FC44F2" w:rsidR="670B4B88" w:rsidRPr="00690685" w:rsidRDefault="009B7130" w:rsidP="00690685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690685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NURS743 Practicum</w:t>
            </w:r>
          </w:p>
        </w:tc>
        <w:tc>
          <w:tcPr>
            <w:tcW w:w="951" w:type="dxa"/>
            <w:vAlign w:val="center"/>
          </w:tcPr>
          <w:p w14:paraId="5A62582A" w14:textId="381070BC" w:rsidR="670B4B88" w:rsidRDefault="670B4B88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2685" w:type="dxa"/>
            <w:vAlign w:val="center"/>
          </w:tcPr>
          <w:p w14:paraId="5C602133" w14:textId="19AC8948" w:rsidR="3D952BB8" w:rsidRPr="00C760D2" w:rsidRDefault="00C760D2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  <w:r w:rsidRPr="00C760D2">
              <w:rPr>
                <w:rFonts w:ascii="Arial" w:eastAsia="Arial" w:hAnsi="Arial" w:cs="Arial"/>
                <w:bCs/>
                <w:sz w:val="18"/>
                <w:szCs w:val="18"/>
              </w:rPr>
              <w:t>NURS706</w:t>
            </w:r>
            <w:r w:rsidRPr="00C760D2">
              <w:rPr>
                <w:rFonts w:ascii="Arial" w:eastAsia="Arial" w:hAnsi="Arial" w:cs="Arial"/>
                <w:sz w:val="18"/>
                <w:szCs w:val="18"/>
              </w:rPr>
              <w:t xml:space="preserve"> Informatics/Data Management</w:t>
            </w:r>
          </w:p>
        </w:tc>
        <w:tc>
          <w:tcPr>
            <w:tcW w:w="1011" w:type="dxa"/>
            <w:vAlign w:val="center"/>
          </w:tcPr>
          <w:p w14:paraId="345CB9BB" w14:textId="3CA29EEA" w:rsidR="505A99F4" w:rsidRDefault="505A99F4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685" w:type="dxa"/>
            <w:vAlign w:val="center"/>
          </w:tcPr>
          <w:p w14:paraId="4ACF1D6C" w14:textId="42964C3C" w:rsidR="5687529D" w:rsidRDefault="5687529D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 w14:paraId="62441623" w14:textId="7650CB9B" w:rsidR="5687529D" w:rsidRDefault="5687529D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3471FFC9" w14:textId="77777777" w:rsidTr="00690685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5" w:type="dxa"/>
            <w:vAlign w:val="center"/>
          </w:tcPr>
          <w:p w14:paraId="1BE0ACE1" w14:textId="28A200FC" w:rsidR="00784FC2" w:rsidRDefault="5687529D" w:rsidP="00690685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Total</w:t>
            </w:r>
            <w:r w:rsidR="79A02AD2" w:rsidRPr="5687529D">
              <w:rPr>
                <w:rFonts w:ascii="Arial" w:eastAsia="Arial" w:hAnsi="Arial" w:cs="Arial"/>
                <w:sz w:val="18"/>
                <w:szCs w:val="18"/>
              </w:rPr>
              <w:t xml:space="preserve"> Credits</w:t>
            </w:r>
          </w:p>
        </w:tc>
        <w:tc>
          <w:tcPr>
            <w:tcW w:w="951" w:type="dxa"/>
            <w:vAlign w:val="center"/>
          </w:tcPr>
          <w:p w14:paraId="23DE523C" w14:textId="470DB30B" w:rsidR="00784FC2" w:rsidRDefault="79A02AD2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685" w:type="dxa"/>
            <w:vAlign w:val="center"/>
          </w:tcPr>
          <w:p w14:paraId="7237498D" w14:textId="503064CA" w:rsidR="00784FC2" w:rsidRDefault="5687529D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4BFD0847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1011" w:type="dxa"/>
            <w:vAlign w:val="center"/>
          </w:tcPr>
          <w:p w14:paraId="52E56223" w14:textId="2C32FAFF" w:rsidR="00784FC2" w:rsidRDefault="7F26BFE8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685" w:type="dxa"/>
            <w:vAlign w:val="center"/>
          </w:tcPr>
          <w:p w14:paraId="0D402491" w14:textId="2CCCB610" w:rsidR="00784FC2" w:rsidRDefault="5687529D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  <w:r w:rsidR="1A086A07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Credits</w:t>
            </w:r>
          </w:p>
        </w:tc>
        <w:tc>
          <w:tcPr>
            <w:tcW w:w="1011" w:type="dxa"/>
            <w:vAlign w:val="center"/>
          </w:tcPr>
          <w:p w14:paraId="07547A01" w14:textId="5751C68D" w:rsidR="00784FC2" w:rsidRDefault="00A4343E" w:rsidP="006906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</w:tbl>
    <w:p w14:paraId="6DC11029" w14:textId="77777777" w:rsidR="00784FC2" w:rsidRDefault="5687529D" w:rsidP="5687529D">
      <w:pPr>
        <w:spacing w:before="120" w:after="60" w:line="240" w:lineRule="auto"/>
      </w:pPr>
      <w:r w:rsidRPr="5687529D">
        <w:rPr>
          <w:rFonts w:ascii="Arial" w:hAnsi="Arial"/>
          <w:b/>
          <w:bCs/>
          <w:sz w:val="20"/>
          <w:szCs w:val="20"/>
        </w:rPr>
        <w:t>Academic Year 5</w:t>
      </w:r>
    </w:p>
    <w:tbl>
      <w:tblPr>
        <w:tblStyle w:val="GridTable1Light-Accent4"/>
        <w:tblW w:w="11088" w:type="dxa"/>
        <w:tblLook w:val="04A0" w:firstRow="1" w:lastRow="0" w:firstColumn="1" w:lastColumn="0" w:noHBand="0" w:noVBand="1"/>
      </w:tblPr>
      <w:tblGrid>
        <w:gridCol w:w="2715"/>
        <w:gridCol w:w="981"/>
        <w:gridCol w:w="2655"/>
        <w:gridCol w:w="1041"/>
        <w:gridCol w:w="2640"/>
        <w:gridCol w:w="1056"/>
      </w:tblGrid>
      <w:tr w:rsidR="00784FC2" w14:paraId="25935A10" w14:textId="77777777" w:rsidTr="009707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vAlign w:val="center"/>
          </w:tcPr>
          <w:p w14:paraId="19BCA669" w14:textId="77777777" w:rsidR="00784FC2" w:rsidRDefault="5687529D" w:rsidP="00970748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Fall 20__</w:t>
            </w:r>
          </w:p>
        </w:tc>
        <w:tc>
          <w:tcPr>
            <w:tcW w:w="981" w:type="dxa"/>
            <w:vAlign w:val="center"/>
          </w:tcPr>
          <w:p w14:paraId="1FC4C630" w14:textId="77777777" w:rsidR="00784FC2" w:rsidRDefault="5687529D" w:rsidP="009707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655" w:type="dxa"/>
            <w:vAlign w:val="center"/>
          </w:tcPr>
          <w:p w14:paraId="1E17089A" w14:textId="77777777" w:rsidR="00784FC2" w:rsidRDefault="5687529D" w:rsidP="009707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Spring 20__</w:t>
            </w:r>
          </w:p>
        </w:tc>
        <w:tc>
          <w:tcPr>
            <w:tcW w:w="1041" w:type="dxa"/>
            <w:vAlign w:val="center"/>
          </w:tcPr>
          <w:p w14:paraId="24F8393E" w14:textId="77777777" w:rsidR="00784FC2" w:rsidRDefault="5687529D" w:rsidP="009707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  <w:tc>
          <w:tcPr>
            <w:tcW w:w="2640" w:type="dxa"/>
            <w:vAlign w:val="center"/>
          </w:tcPr>
          <w:p w14:paraId="10EF84B2" w14:textId="77777777" w:rsidR="00784FC2" w:rsidRDefault="5687529D" w:rsidP="009707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Summer 20__</w:t>
            </w:r>
          </w:p>
        </w:tc>
        <w:tc>
          <w:tcPr>
            <w:tcW w:w="1056" w:type="dxa"/>
            <w:vAlign w:val="center"/>
          </w:tcPr>
          <w:p w14:paraId="4073EFD7" w14:textId="77777777" w:rsidR="00784FC2" w:rsidRDefault="5687529D" w:rsidP="009707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Credits</w:t>
            </w:r>
          </w:p>
        </w:tc>
      </w:tr>
      <w:tr w:rsidR="00784FC2" w14:paraId="07459315" w14:textId="77777777" w:rsidTr="0097074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vAlign w:val="center"/>
          </w:tcPr>
          <w:p w14:paraId="6537F28F" w14:textId="4438F2AC" w:rsidR="00784FC2" w:rsidRPr="00970748" w:rsidRDefault="00F16745" w:rsidP="00970748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00970748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NURS730 Project Evaluation</w:t>
            </w:r>
          </w:p>
        </w:tc>
        <w:tc>
          <w:tcPr>
            <w:tcW w:w="981" w:type="dxa"/>
            <w:vAlign w:val="center"/>
          </w:tcPr>
          <w:p w14:paraId="6DFB9E20" w14:textId="75C0C6D5" w:rsidR="00784FC2" w:rsidRDefault="1B55DDC2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2655" w:type="dxa"/>
            <w:vAlign w:val="center"/>
          </w:tcPr>
          <w:p w14:paraId="70DF9E56" w14:textId="7A09F9B2" w:rsidR="00784FC2" w:rsidRPr="00F16745" w:rsidRDefault="00784FC2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1" w:type="dxa"/>
            <w:vAlign w:val="center"/>
          </w:tcPr>
          <w:p w14:paraId="44E871BC" w14:textId="15A67622" w:rsidR="00784FC2" w:rsidRDefault="00784FC2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40" w:type="dxa"/>
            <w:vAlign w:val="center"/>
          </w:tcPr>
          <w:p w14:paraId="144A5D23" w14:textId="77777777" w:rsidR="00784FC2" w:rsidRDefault="00784FC2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738610EB" w14:textId="77777777" w:rsidR="00784FC2" w:rsidRDefault="00784FC2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5687529D" w14:paraId="3ADED650" w14:textId="77777777" w:rsidTr="0097074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vAlign w:val="center"/>
          </w:tcPr>
          <w:p w14:paraId="0FCD0E07" w14:textId="0E10EDC0" w:rsidR="1B55DDC2" w:rsidRPr="00970748" w:rsidRDefault="004F1709" w:rsidP="00970748">
            <w:pPr>
              <w:jc w:val="center"/>
              <w:rPr>
                <w:b w:val="0"/>
                <w:bCs w:val="0"/>
              </w:rPr>
            </w:pPr>
            <w:r w:rsidRPr="00970748"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  <w:t>NURS743 Practicum</w:t>
            </w:r>
          </w:p>
        </w:tc>
        <w:tc>
          <w:tcPr>
            <w:tcW w:w="981" w:type="dxa"/>
            <w:vAlign w:val="center"/>
          </w:tcPr>
          <w:p w14:paraId="0A0B3F7D" w14:textId="7956BE06" w:rsidR="1B55DDC2" w:rsidRDefault="1B55DDC2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2655" w:type="dxa"/>
            <w:vAlign w:val="center"/>
          </w:tcPr>
          <w:p w14:paraId="4040013C" w14:textId="6BBD20AA" w:rsidR="1B55DDC2" w:rsidRDefault="1B55DDC2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1" w:type="dxa"/>
            <w:vAlign w:val="center"/>
          </w:tcPr>
          <w:p w14:paraId="0B77E18E" w14:textId="2E0EC2EE" w:rsidR="1B55DDC2" w:rsidRDefault="1B55DDC2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40" w:type="dxa"/>
            <w:vAlign w:val="center"/>
          </w:tcPr>
          <w:p w14:paraId="2CCBAD41" w14:textId="6EFCC609" w:rsidR="5687529D" w:rsidRDefault="5687529D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56" w:type="dxa"/>
            <w:vAlign w:val="center"/>
          </w:tcPr>
          <w:p w14:paraId="664D3C11" w14:textId="0651947D" w:rsidR="5687529D" w:rsidRDefault="5687529D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84FC2" w14:paraId="59D8F6E7" w14:textId="77777777" w:rsidTr="0097074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5" w:type="dxa"/>
            <w:vAlign w:val="center"/>
          </w:tcPr>
          <w:p w14:paraId="6FB74E35" w14:textId="184EF68B" w:rsidR="00784FC2" w:rsidRDefault="5687529D" w:rsidP="00970748">
            <w:pPr>
              <w:jc w:val="center"/>
              <w:rPr>
                <w:rFonts w:ascii="Arial" w:eastAsia="Arial" w:hAnsi="Arial" w:cs="Arial"/>
                <w:b w:val="0"/>
                <w:bCs w:val="0"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sz w:val="18"/>
                <w:szCs w:val="18"/>
              </w:rPr>
              <w:t>Tota</w:t>
            </w:r>
            <w:r w:rsidR="290D17FE" w:rsidRPr="5687529D">
              <w:rPr>
                <w:rFonts w:ascii="Arial" w:eastAsia="Arial" w:hAnsi="Arial" w:cs="Arial"/>
                <w:sz w:val="18"/>
                <w:szCs w:val="18"/>
              </w:rPr>
              <w:t>l Credits</w:t>
            </w:r>
          </w:p>
        </w:tc>
        <w:tc>
          <w:tcPr>
            <w:tcW w:w="981" w:type="dxa"/>
            <w:vAlign w:val="center"/>
          </w:tcPr>
          <w:p w14:paraId="637805D2" w14:textId="18D399BF" w:rsidR="00784FC2" w:rsidRDefault="3D60A677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655" w:type="dxa"/>
            <w:vAlign w:val="center"/>
          </w:tcPr>
          <w:p w14:paraId="7C450976" w14:textId="0D34CF58" w:rsidR="00784FC2" w:rsidRDefault="5687529D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</w:t>
            </w:r>
            <w:r w:rsidR="36F8C3A0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 Credits</w:t>
            </w:r>
          </w:p>
        </w:tc>
        <w:tc>
          <w:tcPr>
            <w:tcW w:w="1041" w:type="dxa"/>
            <w:vAlign w:val="center"/>
          </w:tcPr>
          <w:p w14:paraId="463F29E8" w14:textId="62FA571B" w:rsidR="00784FC2" w:rsidRDefault="00784FC2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40" w:type="dxa"/>
            <w:vAlign w:val="center"/>
          </w:tcPr>
          <w:p w14:paraId="143D8D60" w14:textId="2D7D7A39" w:rsidR="00784FC2" w:rsidRDefault="5687529D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</w:t>
            </w:r>
            <w:r w:rsidR="4E4B2399" w:rsidRPr="5687529D">
              <w:rPr>
                <w:rFonts w:ascii="Arial" w:eastAsia="Arial" w:hAnsi="Arial" w:cs="Arial"/>
                <w:b/>
                <w:bCs/>
                <w:sz w:val="18"/>
                <w:szCs w:val="18"/>
              </w:rPr>
              <w:t>l Credits</w:t>
            </w:r>
          </w:p>
        </w:tc>
        <w:tc>
          <w:tcPr>
            <w:tcW w:w="1056" w:type="dxa"/>
            <w:vAlign w:val="center"/>
          </w:tcPr>
          <w:p w14:paraId="3B7B4B86" w14:textId="77777777" w:rsidR="00784FC2" w:rsidRDefault="00784FC2" w:rsidP="00970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14FCC26F" w14:textId="691F230E" w:rsidR="1DAB02BB" w:rsidRDefault="00ED465F" w:rsidP="5687529D"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62386421" w14:textId="1C51F20F" w:rsidR="5687529D" w:rsidRDefault="5687529D" w:rsidP="5687529D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314F67B" w14:textId="77777777" w:rsidR="00306A51" w:rsidRPr="00306A51" w:rsidRDefault="00306A51" w:rsidP="00306A51">
      <w:pPr>
        <w:rPr>
          <w:rFonts w:ascii="Arial" w:eastAsia="Arial" w:hAnsi="Arial" w:cs="Arial"/>
          <w:sz w:val="20"/>
          <w:szCs w:val="20"/>
        </w:rPr>
      </w:pPr>
    </w:p>
    <w:sectPr w:rsidR="00306A51" w:rsidRPr="00306A51" w:rsidSect="00034616">
      <w:footerReference w:type="default" r:id="rId8"/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3908B" w14:textId="77777777" w:rsidR="003918CE" w:rsidRDefault="003918CE" w:rsidP="00EB6BBD">
      <w:pPr>
        <w:spacing w:after="0" w:line="240" w:lineRule="auto"/>
      </w:pPr>
      <w:r>
        <w:separator/>
      </w:r>
    </w:p>
  </w:endnote>
  <w:endnote w:type="continuationSeparator" w:id="0">
    <w:p w14:paraId="620C924E" w14:textId="77777777" w:rsidR="003918CE" w:rsidRDefault="003918CE" w:rsidP="00EB6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C57B" w14:textId="2683ACD2" w:rsidR="00EB6BBD" w:rsidRPr="001B2F9C" w:rsidRDefault="00EB6BBD">
    <w:pPr>
      <w:pStyle w:val="Footer"/>
      <w:rPr>
        <w:rFonts w:ascii="Arial" w:hAnsi="Arial" w:cs="Arial"/>
        <w:sz w:val="16"/>
        <w:szCs w:val="16"/>
      </w:rPr>
    </w:pPr>
    <w:r w:rsidRPr="001B2F9C">
      <w:rPr>
        <w:rFonts w:ascii="Arial" w:hAnsi="Arial" w:cs="Arial"/>
        <w:i/>
        <w:iCs/>
        <w:sz w:val="16"/>
        <w:szCs w:val="16"/>
      </w:rPr>
      <w:t>2-19-26 SL</w:t>
    </w:r>
    <w:r w:rsidRPr="001B2F9C">
      <w:rPr>
        <w:rFonts w:ascii="Arial" w:hAnsi="Arial" w:cs="Arial"/>
        <w:sz w:val="16"/>
        <w:szCs w:val="16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22083" w14:textId="77777777" w:rsidR="003918CE" w:rsidRDefault="003918CE" w:rsidP="00EB6BBD">
      <w:pPr>
        <w:spacing w:after="0" w:line="240" w:lineRule="auto"/>
      </w:pPr>
      <w:r>
        <w:separator/>
      </w:r>
    </w:p>
  </w:footnote>
  <w:footnote w:type="continuationSeparator" w:id="0">
    <w:p w14:paraId="229A8970" w14:textId="77777777" w:rsidR="003918CE" w:rsidRDefault="003918CE" w:rsidP="00EB6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7160569">
    <w:abstractNumId w:val="8"/>
  </w:num>
  <w:num w:numId="2" w16cid:durableId="456878478">
    <w:abstractNumId w:val="6"/>
  </w:num>
  <w:num w:numId="3" w16cid:durableId="1195508980">
    <w:abstractNumId w:val="5"/>
  </w:num>
  <w:num w:numId="4" w16cid:durableId="1914927270">
    <w:abstractNumId w:val="4"/>
  </w:num>
  <w:num w:numId="5" w16cid:durableId="846794855">
    <w:abstractNumId w:val="7"/>
  </w:num>
  <w:num w:numId="6" w16cid:durableId="1151097547">
    <w:abstractNumId w:val="3"/>
  </w:num>
  <w:num w:numId="7" w16cid:durableId="479617819">
    <w:abstractNumId w:val="2"/>
  </w:num>
  <w:num w:numId="8" w16cid:durableId="1958095351">
    <w:abstractNumId w:val="1"/>
  </w:num>
  <w:num w:numId="9" w16cid:durableId="142175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D9C"/>
    <w:rsid w:val="00004185"/>
    <w:rsid w:val="00034616"/>
    <w:rsid w:val="0006063C"/>
    <w:rsid w:val="000F318D"/>
    <w:rsid w:val="00107C61"/>
    <w:rsid w:val="00112DA4"/>
    <w:rsid w:val="001368B2"/>
    <w:rsid w:val="0015074B"/>
    <w:rsid w:val="00195243"/>
    <w:rsid w:val="001B2F9C"/>
    <w:rsid w:val="001B6826"/>
    <w:rsid w:val="001E771A"/>
    <w:rsid w:val="0029639D"/>
    <w:rsid w:val="00300BFE"/>
    <w:rsid w:val="003016F1"/>
    <w:rsid w:val="00306A51"/>
    <w:rsid w:val="00326F90"/>
    <w:rsid w:val="00355190"/>
    <w:rsid w:val="003918CE"/>
    <w:rsid w:val="003B6560"/>
    <w:rsid w:val="003E7356"/>
    <w:rsid w:val="00424C57"/>
    <w:rsid w:val="0044DA87"/>
    <w:rsid w:val="00451E5C"/>
    <w:rsid w:val="00451FAA"/>
    <w:rsid w:val="004C1AFC"/>
    <w:rsid w:val="004F1709"/>
    <w:rsid w:val="00560B80"/>
    <w:rsid w:val="005659A5"/>
    <w:rsid w:val="00627DED"/>
    <w:rsid w:val="00690685"/>
    <w:rsid w:val="00713D45"/>
    <w:rsid w:val="007671E9"/>
    <w:rsid w:val="00784FC2"/>
    <w:rsid w:val="007C1BD3"/>
    <w:rsid w:val="007F540C"/>
    <w:rsid w:val="00841184"/>
    <w:rsid w:val="00860E3A"/>
    <w:rsid w:val="00877658"/>
    <w:rsid w:val="008D3AB2"/>
    <w:rsid w:val="008F33D8"/>
    <w:rsid w:val="00906E1C"/>
    <w:rsid w:val="00970748"/>
    <w:rsid w:val="009B7130"/>
    <w:rsid w:val="009C3F4E"/>
    <w:rsid w:val="009E5EF7"/>
    <w:rsid w:val="009F3F6F"/>
    <w:rsid w:val="00A4343E"/>
    <w:rsid w:val="00A76514"/>
    <w:rsid w:val="00AA1D8D"/>
    <w:rsid w:val="00B3387C"/>
    <w:rsid w:val="00B47730"/>
    <w:rsid w:val="00B844C9"/>
    <w:rsid w:val="00C627FC"/>
    <w:rsid w:val="00C727D8"/>
    <w:rsid w:val="00C760D2"/>
    <w:rsid w:val="00CB0664"/>
    <w:rsid w:val="00CB50FB"/>
    <w:rsid w:val="00DB6E07"/>
    <w:rsid w:val="00DD1387"/>
    <w:rsid w:val="00E02365"/>
    <w:rsid w:val="00EA4440"/>
    <w:rsid w:val="00EB6BBD"/>
    <w:rsid w:val="00EB6C3C"/>
    <w:rsid w:val="00EC010B"/>
    <w:rsid w:val="00ED465F"/>
    <w:rsid w:val="00F15BEA"/>
    <w:rsid w:val="00F16745"/>
    <w:rsid w:val="00F212FF"/>
    <w:rsid w:val="00F21854"/>
    <w:rsid w:val="00FB3543"/>
    <w:rsid w:val="00FC693F"/>
    <w:rsid w:val="0532F99D"/>
    <w:rsid w:val="0548C722"/>
    <w:rsid w:val="0584114B"/>
    <w:rsid w:val="05C0F013"/>
    <w:rsid w:val="0B5DB610"/>
    <w:rsid w:val="0B626452"/>
    <w:rsid w:val="0BD9999D"/>
    <w:rsid w:val="0BF0A8AB"/>
    <w:rsid w:val="1359912E"/>
    <w:rsid w:val="147E33FE"/>
    <w:rsid w:val="150CC98B"/>
    <w:rsid w:val="15A0DE61"/>
    <w:rsid w:val="195A9704"/>
    <w:rsid w:val="197FECA5"/>
    <w:rsid w:val="1A086A07"/>
    <w:rsid w:val="1B55DDC2"/>
    <w:rsid w:val="1DAB02BB"/>
    <w:rsid w:val="20515CAD"/>
    <w:rsid w:val="22D8F9D0"/>
    <w:rsid w:val="238CCDD8"/>
    <w:rsid w:val="23CB6091"/>
    <w:rsid w:val="23CBEC76"/>
    <w:rsid w:val="2518CA5F"/>
    <w:rsid w:val="2576F0BA"/>
    <w:rsid w:val="25BFB545"/>
    <w:rsid w:val="264BBD83"/>
    <w:rsid w:val="2849C284"/>
    <w:rsid w:val="285D2ADF"/>
    <w:rsid w:val="287B00DD"/>
    <w:rsid w:val="28963678"/>
    <w:rsid w:val="290D17FE"/>
    <w:rsid w:val="2923A143"/>
    <w:rsid w:val="299C6A94"/>
    <w:rsid w:val="2C457998"/>
    <w:rsid w:val="2C82EED6"/>
    <w:rsid w:val="2DBB8E46"/>
    <w:rsid w:val="2E82548F"/>
    <w:rsid w:val="2F9BAF96"/>
    <w:rsid w:val="31579FDB"/>
    <w:rsid w:val="329D5EB2"/>
    <w:rsid w:val="34DEE95E"/>
    <w:rsid w:val="35256DDB"/>
    <w:rsid w:val="365D4211"/>
    <w:rsid w:val="3693C2CB"/>
    <w:rsid w:val="36F8C3A0"/>
    <w:rsid w:val="37B71EAC"/>
    <w:rsid w:val="382A0CB9"/>
    <w:rsid w:val="3859EDF6"/>
    <w:rsid w:val="3C4C0B9D"/>
    <w:rsid w:val="3C800705"/>
    <w:rsid w:val="3D60A677"/>
    <w:rsid w:val="3D952BB8"/>
    <w:rsid w:val="3E74F48C"/>
    <w:rsid w:val="3F00699A"/>
    <w:rsid w:val="3FFAE8D7"/>
    <w:rsid w:val="40766B9C"/>
    <w:rsid w:val="41536B48"/>
    <w:rsid w:val="420A5D5F"/>
    <w:rsid w:val="4310890E"/>
    <w:rsid w:val="43E51886"/>
    <w:rsid w:val="44127531"/>
    <w:rsid w:val="44AA44FB"/>
    <w:rsid w:val="453FA1F1"/>
    <w:rsid w:val="45843C10"/>
    <w:rsid w:val="47F0F9CD"/>
    <w:rsid w:val="47F2CF32"/>
    <w:rsid w:val="4927EC6E"/>
    <w:rsid w:val="4BFD0847"/>
    <w:rsid w:val="4CEFA38F"/>
    <w:rsid w:val="4D36C35B"/>
    <w:rsid w:val="4DC12EBC"/>
    <w:rsid w:val="4DD0E80C"/>
    <w:rsid w:val="4E4B2399"/>
    <w:rsid w:val="4E75A512"/>
    <w:rsid w:val="4EF54E80"/>
    <w:rsid w:val="505A99F4"/>
    <w:rsid w:val="52A931A8"/>
    <w:rsid w:val="52EE23A5"/>
    <w:rsid w:val="5405EE21"/>
    <w:rsid w:val="5686CE4A"/>
    <w:rsid w:val="5687529D"/>
    <w:rsid w:val="578B78F2"/>
    <w:rsid w:val="59E01842"/>
    <w:rsid w:val="5BB69409"/>
    <w:rsid w:val="6324E73E"/>
    <w:rsid w:val="6482F441"/>
    <w:rsid w:val="655C29A8"/>
    <w:rsid w:val="65ADF9C7"/>
    <w:rsid w:val="670B4B88"/>
    <w:rsid w:val="6725D173"/>
    <w:rsid w:val="677232E5"/>
    <w:rsid w:val="68775C1A"/>
    <w:rsid w:val="6955236E"/>
    <w:rsid w:val="6E70DE0B"/>
    <w:rsid w:val="6EEF46E3"/>
    <w:rsid w:val="74FC6F10"/>
    <w:rsid w:val="76B5A196"/>
    <w:rsid w:val="78181425"/>
    <w:rsid w:val="79A02AD2"/>
    <w:rsid w:val="7C2F6D09"/>
    <w:rsid w:val="7C7E6CCB"/>
    <w:rsid w:val="7CEE1D89"/>
    <w:rsid w:val="7EB2AA26"/>
    <w:rsid w:val="7F26B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DA99CCE-DA7F-4EA7-97C1-4119E5AE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4F170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4F170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EA444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EA444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4">
    <w:name w:val="Grid Table 1 Light Accent 4"/>
    <w:basedOn w:val="TableNormal"/>
    <w:uiPriority w:val="46"/>
    <w:rsid w:val="00EA4440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Walk</dc:creator>
  <cp:keywords/>
  <dc:description>generated by python-docx</dc:description>
  <cp:lastModifiedBy>Brian Walk</cp:lastModifiedBy>
  <cp:revision>44</cp:revision>
  <dcterms:created xsi:type="dcterms:W3CDTF">2026-09-23T14:05:00Z</dcterms:created>
  <dcterms:modified xsi:type="dcterms:W3CDTF">2026-09-23T20:09:00Z</dcterms:modified>
  <cp:category/>
</cp:coreProperties>
</file>